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8CF0" w14:textId="39669E95" w:rsidR="00734049" w:rsidRDefault="00000000" w:rsidP="004160A7">
      <w:pPr>
        <w:jc w:val="center"/>
      </w:pPr>
      <w:r>
        <w:t>FACULTY OF ENGINEERING, BUILT ENVIRONMENT &amp; INFORMATION TECHNOLOGY</w:t>
      </w:r>
      <w:r>
        <w:br/>
        <w:t>Bachelor of Information Technology (Hons)</w:t>
      </w:r>
      <w:r>
        <w:br/>
      </w:r>
      <w:r>
        <w:br/>
      </w:r>
      <w:r>
        <w:rPr>
          <w:sz w:val="32"/>
        </w:rPr>
        <w:t>TCS4494 Advanced Database</w:t>
      </w:r>
      <w:r>
        <w:rPr>
          <w:sz w:val="32"/>
        </w:rPr>
        <w:br/>
      </w:r>
      <w:r>
        <w:rPr>
          <w:sz w:val="28"/>
        </w:rPr>
        <w:t xml:space="preserve">Coursework Submission </w:t>
      </w:r>
      <w:r>
        <w:rPr>
          <w:sz w:val="28"/>
        </w:rPr>
        <w:br/>
      </w:r>
    </w:p>
    <w:p w14:paraId="314AC142" w14:textId="77777777" w:rsidR="00734049" w:rsidRDefault="00734049" w:rsidP="004160A7"/>
    <w:p w14:paraId="1BE4D44D" w14:textId="77777777" w:rsidR="00734049" w:rsidRDefault="00000000" w:rsidP="004160A7">
      <w:pPr>
        <w:pStyle w:val="Title"/>
      </w:pPr>
      <w:r>
        <w:t>The History Project</w:t>
      </w:r>
    </w:p>
    <w:p w14:paraId="34B140DA" w14:textId="77777777" w:rsidR="00734049" w:rsidRDefault="00000000" w:rsidP="004160A7">
      <w:pPr>
        <w:pStyle w:val="Subtitle"/>
      </w:pPr>
      <w:r>
        <w:t>Part 2: Database Implementation</w:t>
      </w:r>
    </w:p>
    <w:tbl>
      <w:tblPr>
        <w:tblW w:w="0" w:type="auto"/>
        <w:jc w:val="center"/>
        <w:tblLayout w:type="fixed"/>
        <w:tblLook w:val="04A0" w:firstRow="1" w:lastRow="0" w:firstColumn="1" w:lastColumn="0" w:noHBand="0" w:noVBand="1"/>
      </w:tblPr>
      <w:tblGrid>
        <w:gridCol w:w="4824"/>
        <w:gridCol w:w="4824"/>
      </w:tblGrid>
      <w:tr w:rsidR="00734049" w14:paraId="142BD93A" w14:textId="77777777">
        <w:trPr>
          <w:jc w:val="center"/>
        </w:trPr>
        <w:tc>
          <w:tcPr>
            <w:tcW w:w="4824" w:type="dxa"/>
            <w:shd w:val="clear" w:color="auto" w:fill="EAF2FF"/>
            <w:vAlign w:val="center"/>
          </w:tcPr>
          <w:p w14:paraId="0F11AB7D" w14:textId="77777777" w:rsidR="00734049" w:rsidRDefault="00000000" w:rsidP="004160A7">
            <w:r>
              <w:t>Student Name</w:t>
            </w:r>
          </w:p>
        </w:tc>
        <w:tc>
          <w:tcPr>
            <w:tcW w:w="4824" w:type="dxa"/>
            <w:shd w:val="clear" w:color="auto" w:fill="FFFFFF"/>
            <w:vAlign w:val="center"/>
          </w:tcPr>
          <w:p w14:paraId="33EC880B" w14:textId="186D6FCC" w:rsidR="00734049" w:rsidRDefault="00734049" w:rsidP="004160A7"/>
        </w:tc>
      </w:tr>
      <w:tr w:rsidR="00734049" w14:paraId="2268DB3E" w14:textId="77777777">
        <w:trPr>
          <w:jc w:val="center"/>
        </w:trPr>
        <w:tc>
          <w:tcPr>
            <w:tcW w:w="4824" w:type="dxa"/>
            <w:shd w:val="clear" w:color="auto" w:fill="F5F7FA"/>
            <w:vAlign w:val="center"/>
          </w:tcPr>
          <w:p w14:paraId="713947A1" w14:textId="77777777" w:rsidR="00734049" w:rsidRDefault="00000000" w:rsidP="004160A7">
            <w:r>
              <w:t>Module</w:t>
            </w:r>
          </w:p>
        </w:tc>
        <w:tc>
          <w:tcPr>
            <w:tcW w:w="4824" w:type="dxa"/>
            <w:shd w:val="clear" w:color="auto" w:fill="FBFDFF"/>
            <w:vAlign w:val="center"/>
          </w:tcPr>
          <w:p w14:paraId="3D7DE938" w14:textId="77777777" w:rsidR="00734049" w:rsidRDefault="00000000" w:rsidP="004160A7">
            <w:r>
              <w:t>TCS4494 Advanced Database</w:t>
            </w:r>
          </w:p>
        </w:tc>
      </w:tr>
      <w:tr w:rsidR="00734049" w14:paraId="09DA2E07" w14:textId="77777777">
        <w:trPr>
          <w:jc w:val="center"/>
        </w:trPr>
        <w:tc>
          <w:tcPr>
            <w:tcW w:w="4824" w:type="dxa"/>
            <w:shd w:val="clear" w:color="auto" w:fill="EAF2FF"/>
            <w:vAlign w:val="center"/>
          </w:tcPr>
          <w:p w14:paraId="2BAFA175" w14:textId="77777777" w:rsidR="00734049" w:rsidRDefault="00000000" w:rsidP="004160A7">
            <w:r>
              <w:t>Semester</w:t>
            </w:r>
          </w:p>
        </w:tc>
        <w:tc>
          <w:tcPr>
            <w:tcW w:w="4824" w:type="dxa"/>
            <w:shd w:val="clear" w:color="auto" w:fill="FFFFFF"/>
            <w:vAlign w:val="center"/>
          </w:tcPr>
          <w:p w14:paraId="0BD1C75F" w14:textId="77777777" w:rsidR="00734049" w:rsidRDefault="00000000" w:rsidP="004160A7">
            <w:r>
              <w:t>Jan-April 2026</w:t>
            </w:r>
          </w:p>
        </w:tc>
      </w:tr>
      <w:tr w:rsidR="00734049" w14:paraId="457AD777" w14:textId="77777777">
        <w:trPr>
          <w:jc w:val="center"/>
        </w:trPr>
        <w:tc>
          <w:tcPr>
            <w:tcW w:w="4824" w:type="dxa"/>
            <w:shd w:val="clear" w:color="auto" w:fill="F5F7FA"/>
            <w:vAlign w:val="center"/>
          </w:tcPr>
          <w:p w14:paraId="122483F5" w14:textId="77777777" w:rsidR="00734049" w:rsidRDefault="00000000" w:rsidP="004160A7">
            <w:r>
              <w:t>Coursework Title</w:t>
            </w:r>
          </w:p>
        </w:tc>
        <w:tc>
          <w:tcPr>
            <w:tcW w:w="4824" w:type="dxa"/>
            <w:shd w:val="clear" w:color="auto" w:fill="FBFDFF"/>
            <w:vAlign w:val="center"/>
          </w:tcPr>
          <w:p w14:paraId="1DE71770" w14:textId="77777777" w:rsidR="00734049" w:rsidRDefault="00000000" w:rsidP="004160A7">
            <w:r>
              <w:t>The History Project</w:t>
            </w:r>
          </w:p>
        </w:tc>
      </w:tr>
      <w:tr w:rsidR="00734049" w14:paraId="067B803C" w14:textId="77777777">
        <w:trPr>
          <w:jc w:val="center"/>
        </w:trPr>
        <w:tc>
          <w:tcPr>
            <w:tcW w:w="4824" w:type="dxa"/>
            <w:shd w:val="clear" w:color="auto" w:fill="EAF2FF"/>
            <w:vAlign w:val="center"/>
          </w:tcPr>
          <w:p w14:paraId="14A8B76A" w14:textId="77777777" w:rsidR="00734049" w:rsidRDefault="00000000" w:rsidP="004160A7">
            <w:r>
              <w:t>Deliverable</w:t>
            </w:r>
          </w:p>
        </w:tc>
        <w:tc>
          <w:tcPr>
            <w:tcW w:w="4824" w:type="dxa"/>
            <w:shd w:val="clear" w:color="auto" w:fill="FFFFFF"/>
            <w:vAlign w:val="center"/>
          </w:tcPr>
          <w:p w14:paraId="2791266A" w14:textId="77777777" w:rsidR="00185F0F" w:rsidRDefault="00000000">
            <w:r>
              <w:t>Standalone Part 2 report (.docx)</w:t>
            </w:r>
          </w:p>
        </w:tc>
      </w:tr>
      <w:tr w:rsidR="00734049" w14:paraId="70C92BF6" w14:textId="77777777">
        <w:trPr>
          <w:jc w:val="center"/>
        </w:trPr>
        <w:tc>
          <w:tcPr>
            <w:tcW w:w="4824" w:type="dxa"/>
            <w:shd w:val="clear" w:color="auto" w:fill="F5F7FA"/>
            <w:vAlign w:val="center"/>
          </w:tcPr>
          <w:p w14:paraId="4AF33B76" w14:textId="77777777" w:rsidR="00185F0F" w:rsidRDefault="00000000">
            <w:r>
              <w:t>Component</w:t>
            </w:r>
          </w:p>
        </w:tc>
        <w:tc>
          <w:tcPr>
            <w:tcW w:w="4824" w:type="dxa"/>
            <w:shd w:val="clear" w:color="auto" w:fill="FBFDFF"/>
            <w:vAlign w:val="center"/>
          </w:tcPr>
          <w:p w14:paraId="703D0A83" w14:textId="77777777" w:rsidR="00185F0F" w:rsidRDefault="00000000">
            <w:r>
              <w:t>Database Implementation</w:t>
            </w:r>
          </w:p>
        </w:tc>
      </w:tr>
      <w:tr w:rsidR="00734049" w14:paraId="00E0CFED" w14:textId="77777777">
        <w:trPr>
          <w:jc w:val="center"/>
        </w:trPr>
        <w:tc>
          <w:tcPr>
            <w:tcW w:w="4824" w:type="dxa"/>
            <w:shd w:val="clear" w:color="auto" w:fill="EAF2FF"/>
            <w:vAlign w:val="center"/>
          </w:tcPr>
          <w:p w14:paraId="70A87D9E" w14:textId="77777777" w:rsidR="00185F0F" w:rsidRDefault="00000000">
            <w:r>
              <w:t>DBMS</w:t>
            </w:r>
          </w:p>
        </w:tc>
        <w:tc>
          <w:tcPr>
            <w:tcW w:w="4824" w:type="dxa"/>
            <w:shd w:val="clear" w:color="auto" w:fill="FFFFFF"/>
            <w:vAlign w:val="center"/>
          </w:tcPr>
          <w:p w14:paraId="0AE7FCFB" w14:textId="77777777" w:rsidR="00185F0F" w:rsidRDefault="00000000">
            <w:r>
              <w:t>Oracle Database</w:t>
            </w:r>
          </w:p>
        </w:tc>
      </w:tr>
    </w:tbl>
    <w:p w14:paraId="4B95670D" w14:textId="77777777" w:rsidR="00734049" w:rsidRDefault="00734049" w:rsidP="004160A7"/>
    <w:p w14:paraId="3827026B" w14:textId="77777777" w:rsidR="008659A6" w:rsidRDefault="008659A6" w:rsidP="004160A7"/>
    <w:p w14:paraId="207D7615" w14:textId="77777777" w:rsidR="008659A6" w:rsidRDefault="008659A6" w:rsidP="004160A7"/>
    <w:p w14:paraId="7A1DB0A5" w14:textId="77777777" w:rsidR="008659A6" w:rsidRDefault="008659A6" w:rsidP="004160A7"/>
    <w:p w14:paraId="2D1265A8" w14:textId="77777777" w:rsidR="008659A6" w:rsidRDefault="008659A6" w:rsidP="004160A7"/>
    <w:p w14:paraId="6D413613" w14:textId="77777777" w:rsidR="008659A6" w:rsidRDefault="008659A6" w:rsidP="004160A7"/>
    <w:p w14:paraId="7CB06B4D" w14:textId="77777777" w:rsidR="008659A6" w:rsidRDefault="008659A6" w:rsidP="004160A7"/>
    <w:sdt>
      <w:sdtPr>
        <w:rPr>
          <w:rFonts w:eastAsiaTheme="minorEastAsia"/>
          <w:b w:val="0"/>
          <w:color w:val="auto"/>
          <w:sz w:val="24"/>
          <w:szCs w:val="24"/>
        </w:rPr>
        <w:id w:val="383225912"/>
        <w:docPartObj>
          <w:docPartGallery w:val="Table of Contents"/>
          <w:docPartUnique/>
        </w:docPartObj>
      </w:sdtPr>
      <w:sdtEndPr>
        <w:rPr>
          <w:bCs/>
          <w:noProof/>
        </w:rPr>
      </w:sdtEndPr>
      <w:sdtContent>
        <w:p w14:paraId="73C6E5F8" w14:textId="56792C99" w:rsidR="008659A6" w:rsidRDefault="008659A6">
          <w:pPr>
            <w:pStyle w:val="TOCHeading"/>
          </w:pPr>
          <w:r>
            <w:t>Table of Contents</w:t>
          </w:r>
        </w:p>
        <w:p w14:paraId="6B92B12B" w14:textId="035BC318" w:rsidR="008659A6" w:rsidRDefault="008659A6">
          <w:pPr>
            <w:pStyle w:val="TOC1"/>
            <w:tabs>
              <w:tab w:val="right" w:leader="dot" w:pos="9638"/>
            </w:tabs>
            <w:rPr>
              <w:rFonts w:cstheme="minorBidi"/>
              <w:noProof/>
              <w:kern w:val="2"/>
              <w:lang/>
              <w14:ligatures w14:val="standardContextual"/>
            </w:rPr>
          </w:pPr>
          <w:r>
            <w:rPr>
              <w:b w:val="0"/>
              <w:bCs w:val="0"/>
            </w:rPr>
            <w:fldChar w:fldCharType="begin"/>
          </w:r>
          <w:r>
            <w:instrText xml:space="preserve"> TOC \o "1-3" \h \z \u </w:instrText>
          </w:r>
          <w:r>
            <w:rPr>
              <w:b w:val="0"/>
              <w:bCs w:val="0"/>
            </w:rPr>
            <w:fldChar w:fldCharType="separate"/>
          </w:r>
          <w:hyperlink w:anchor="_Toc226579517" w:history="1">
            <w:r w:rsidRPr="004C1304">
              <w:rPr>
                <w:rStyle w:val="Hyperlink"/>
                <w:noProof/>
              </w:rPr>
              <w:t>1. Introduction</w:t>
            </w:r>
            <w:r>
              <w:rPr>
                <w:noProof/>
                <w:webHidden/>
              </w:rPr>
              <w:tab/>
            </w:r>
            <w:r>
              <w:rPr>
                <w:noProof/>
                <w:webHidden/>
              </w:rPr>
              <w:fldChar w:fldCharType="begin"/>
            </w:r>
            <w:r>
              <w:rPr>
                <w:noProof/>
                <w:webHidden/>
              </w:rPr>
              <w:instrText xml:space="preserve"> PAGEREF _Toc226579517 \h </w:instrText>
            </w:r>
            <w:r>
              <w:rPr>
                <w:noProof/>
                <w:webHidden/>
              </w:rPr>
            </w:r>
            <w:r>
              <w:rPr>
                <w:noProof/>
                <w:webHidden/>
              </w:rPr>
              <w:fldChar w:fldCharType="separate"/>
            </w:r>
            <w:r>
              <w:rPr>
                <w:noProof/>
                <w:webHidden/>
              </w:rPr>
              <w:t>3</w:t>
            </w:r>
            <w:r>
              <w:rPr>
                <w:noProof/>
                <w:webHidden/>
              </w:rPr>
              <w:fldChar w:fldCharType="end"/>
            </w:r>
          </w:hyperlink>
        </w:p>
        <w:p w14:paraId="75A3A3D9" w14:textId="3CF16851" w:rsidR="008659A6" w:rsidRDefault="008659A6">
          <w:pPr>
            <w:pStyle w:val="TOC1"/>
            <w:tabs>
              <w:tab w:val="right" w:leader="dot" w:pos="9638"/>
            </w:tabs>
            <w:rPr>
              <w:rFonts w:cstheme="minorBidi"/>
              <w:noProof/>
              <w:kern w:val="2"/>
              <w:lang/>
              <w14:ligatures w14:val="standardContextual"/>
            </w:rPr>
          </w:pPr>
          <w:hyperlink w:anchor="_Toc226579518" w:history="1">
            <w:r w:rsidRPr="004C1304">
              <w:rPr>
                <w:rStyle w:val="Hyperlink"/>
                <w:noProof/>
              </w:rPr>
              <w:t>2. Database Implementation</w:t>
            </w:r>
            <w:r>
              <w:rPr>
                <w:noProof/>
                <w:webHidden/>
              </w:rPr>
              <w:tab/>
            </w:r>
            <w:r>
              <w:rPr>
                <w:noProof/>
                <w:webHidden/>
              </w:rPr>
              <w:fldChar w:fldCharType="begin"/>
            </w:r>
            <w:r>
              <w:rPr>
                <w:noProof/>
                <w:webHidden/>
              </w:rPr>
              <w:instrText xml:space="preserve"> PAGEREF _Toc226579518 \h </w:instrText>
            </w:r>
            <w:r>
              <w:rPr>
                <w:noProof/>
                <w:webHidden/>
              </w:rPr>
            </w:r>
            <w:r>
              <w:rPr>
                <w:noProof/>
                <w:webHidden/>
              </w:rPr>
              <w:fldChar w:fldCharType="separate"/>
            </w:r>
            <w:r>
              <w:rPr>
                <w:noProof/>
                <w:webHidden/>
              </w:rPr>
              <w:t>3</w:t>
            </w:r>
            <w:r>
              <w:rPr>
                <w:noProof/>
                <w:webHidden/>
              </w:rPr>
              <w:fldChar w:fldCharType="end"/>
            </w:r>
          </w:hyperlink>
        </w:p>
        <w:p w14:paraId="21D1A4F5" w14:textId="51F4EB6E" w:rsidR="008659A6" w:rsidRDefault="008659A6">
          <w:pPr>
            <w:pStyle w:val="TOC2"/>
            <w:tabs>
              <w:tab w:val="right" w:leader="dot" w:pos="9638"/>
            </w:tabs>
            <w:rPr>
              <w:rFonts w:cstheme="minorBidi"/>
              <w:noProof/>
              <w:kern w:val="2"/>
              <w:lang/>
              <w14:ligatures w14:val="standardContextual"/>
            </w:rPr>
          </w:pPr>
          <w:hyperlink w:anchor="_Toc226579519" w:history="1">
            <w:r w:rsidRPr="004C1304">
              <w:rPr>
                <w:rStyle w:val="Hyperlink"/>
                <w:noProof/>
              </w:rPr>
              <w:t>2.1 Oracle Database Implementation</w:t>
            </w:r>
            <w:r>
              <w:rPr>
                <w:noProof/>
                <w:webHidden/>
              </w:rPr>
              <w:tab/>
            </w:r>
            <w:r>
              <w:rPr>
                <w:noProof/>
                <w:webHidden/>
              </w:rPr>
              <w:fldChar w:fldCharType="begin"/>
            </w:r>
            <w:r>
              <w:rPr>
                <w:noProof/>
                <w:webHidden/>
              </w:rPr>
              <w:instrText xml:space="preserve"> PAGEREF _Toc226579519 \h </w:instrText>
            </w:r>
            <w:r>
              <w:rPr>
                <w:noProof/>
                <w:webHidden/>
              </w:rPr>
            </w:r>
            <w:r>
              <w:rPr>
                <w:noProof/>
                <w:webHidden/>
              </w:rPr>
              <w:fldChar w:fldCharType="separate"/>
            </w:r>
            <w:r>
              <w:rPr>
                <w:noProof/>
                <w:webHidden/>
              </w:rPr>
              <w:t>3</w:t>
            </w:r>
            <w:r>
              <w:rPr>
                <w:noProof/>
                <w:webHidden/>
              </w:rPr>
              <w:fldChar w:fldCharType="end"/>
            </w:r>
          </w:hyperlink>
        </w:p>
        <w:p w14:paraId="02B21EDA" w14:textId="4F0EF037" w:rsidR="008659A6" w:rsidRDefault="008659A6">
          <w:pPr>
            <w:pStyle w:val="TOC2"/>
            <w:tabs>
              <w:tab w:val="right" w:leader="dot" w:pos="9638"/>
            </w:tabs>
            <w:rPr>
              <w:rFonts w:cstheme="minorBidi"/>
              <w:noProof/>
              <w:kern w:val="2"/>
              <w:lang/>
              <w14:ligatures w14:val="standardContextual"/>
            </w:rPr>
          </w:pPr>
          <w:hyperlink w:anchor="_Toc226579520" w:history="1">
            <w:r w:rsidRPr="004C1304">
              <w:rPr>
                <w:rStyle w:val="Hyperlink"/>
                <w:noProof/>
              </w:rPr>
              <w:t>2.2 Insertion Plan and Test Data Strategy</w:t>
            </w:r>
            <w:r>
              <w:rPr>
                <w:noProof/>
                <w:webHidden/>
              </w:rPr>
              <w:tab/>
            </w:r>
            <w:r>
              <w:rPr>
                <w:noProof/>
                <w:webHidden/>
              </w:rPr>
              <w:fldChar w:fldCharType="begin"/>
            </w:r>
            <w:r>
              <w:rPr>
                <w:noProof/>
                <w:webHidden/>
              </w:rPr>
              <w:instrText xml:space="preserve"> PAGEREF _Toc226579520 \h </w:instrText>
            </w:r>
            <w:r>
              <w:rPr>
                <w:noProof/>
                <w:webHidden/>
              </w:rPr>
            </w:r>
            <w:r>
              <w:rPr>
                <w:noProof/>
                <w:webHidden/>
              </w:rPr>
              <w:fldChar w:fldCharType="separate"/>
            </w:r>
            <w:r>
              <w:rPr>
                <w:noProof/>
                <w:webHidden/>
              </w:rPr>
              <w:t>9</w:t>
            </w:r>
            <w:r>
              <w:rPr>
                <w:noProof/>
                <w:webHidden/>
              </w:rPr>
              <w:fldChar w:fldCharType="end"/>
            </w:r>
          </w:hyperlink>
        </w:p>
        <w:p w14:paraId="06564E7E" w14:textId="3B7AE85C" w:rsidR="008659A6" w:rsidRDefault="008659A6">
          <w:pPr>
            <w:pStyle w:val="TOC1"/>
            <w:tabs>
              <w:tab w:val="right" w:leader="dot" w:pos="9638"/>
            </w:tabs>
            <w:rPr>
              <w:rFonts w:cstheme="minorBidi"/>
              <w:noProof/>
              <w:kern w:val="2"/>
              <w:lang/>
              <w14:ligatures w14:val="standardContextual"/>
            </w:rPr>
          </w:pPr>
          <w:hyperlink w:anchor="_Toc226579521" w:history="1">
            <w:r w:rsidRPr="004C1304">
              <w:rPr>
                <w:rStyle w:val="Hyperlink"/>
                <w:noProof/>
              </w:rPr>
              <w:t>3. SQL Queries Selected from List A</w:t>
            </w:r>
            <w:r>
              <w:rPr>
                <w:noProof/>
                <w:webHidden/>
              </w:rPr>
              <w:tab/>
            </w:r>
            <w:r>
              <w:rPr>
                <w:noProof/>
                <w:webHidden/>
              </w:rPr>
              <w:fldChar w:fldCharType="begin"/>
            </w:r>
            <w:r>
              <w:rPr>
                <w:noProof/>
                <w:webHidden/>
              </w:rPr>
              <w:instrText xml:space="preserve"> PAGEREF _Toc226579521 \h </w:instrText>
            </w:r>
            <w:r>
              <w:rPr>
                <w:noProof/>
                <w:webHidden/>
              </w:rPr>
            </w:r>
            <w:r>
              <w:rPr>
                <w:noProof/>
                <w:webHidden/>
              </w:rPr>
              <w:fldChar w:fldCharType="separate"/>
            </w:r>
            <w:r>
              <w:rPr>
                <w:noProof/>
                <w:webHidden/>
              </w:rPr>
              <w:t>16</w:t>
            </w:r>
            <w:r>
              <w:rPr>
                <w:noProof/>
                <w:webHidden/>
              </w:rPr>
              <w:fldChar w:fldCharType="end"/>
            </w:r>
          </w:hyperlink>
        </w:p>
        <w:p w14:paraId="380DDB38" w14:textId="7153B449" w:rsidR="008659A6" w:rsidRDefault="008659A6">
          <w:pPr>
            <w:pStyle w:val="TOC2"/>
            <w:tabs>
              <w:tab w:val="right" w:leader="dot" w:pos="9638"/>
            </w:tabs>
            <w:rPr>
              <w:rFonts w:cstheme="minorBidi"/>
              <w:noProof/>
              <w:kern w:val="2"/>
              <w:lang/>
              <w14:ligatures w14:val="standardContextual"/>
            </w:rPr>
          </w:pPr>
          <w:hyperlink w:anchor="_Toc226579522" w:history="1">
            <w:r w:rsidRPr="004C1304">
              <w:rPr>
                <w:rStyle w:val="Hyperlink"/>
                <w:noProof/>
              </w:rPr>
              <w:t>A1 - Joining tables</w:t>
            </w:r>
            <w:r>
              <w:rPr>
                <w:noProof/>
                <w:webHidden/>
              </w:rPr>
              <w:tab/>
            </w:r>
            <w:r>
              <w:rPr>
                <w:noProof/>
                <w:webHidden/>
              </w:rPr>
              <w:fldChar w:fldCharType="begin"/>
            </w:r>
            <w:r>
              <w:rPr>
                <w:noProof/>
                <w:webHidden/>
              </w:rPr>
              <w:instrText xml:space="preserve"> PAGEREF _Toc226579522 \h </w:instrText>
            </w:r>
            <w:r>
              <w:rPr>
                <w:noProof/>
                <w:webHidden/>
              </w:rPr>
            </w:r>
            <w:r>
              <w:rPr>
                <w:noProof/>
                <w:webHidden/>
              </w:rPr>
              <w:fldChar w:fldCharType="separate"/>
            </w:r>
            <w:r>
              <w:rPr>
                <w:noProof/>
                <w:webHidden/>
              </w:rPr>
              <w:t>16</w:t>
            </w:r>
            <w:r>
              <w:rPr>
                <w:noProof/>
                <w:webHidden/>
              </w:rPr>
              <w:fldChar w:fldCharType="end"/>
            </w:r>
          </w:hyperlink>
        </w:p>
        <w:p w14:paraId="069FBA9A" w14:textId="0FA77688" w:rsidR="008659A6" w:rsidRDefault="008659A6">
          <w:pPr>
            <w:pStyle w:val="TOC2"/>
            <w:tabs>
              <w:tab w:val="right" w:leader="dot" w:pos="9638"/>
            </w:tabs>
            <w:rPr>
              <w:rFonts w:cstheme="minorBidi"/>
              <w:noProof/>
              <w:kern w:val="2"/>
              <w:lang/>
              <w14:ligatures w14:val="standardContextual"/>
            </w:rPr>
          </w:pPr>
          <w:hyperlink w:anchor="_Toc226579523" w:history="1">
            <w:r w:rsidRPr="004C1304">
              <w:rPr>
                <w:rStyle w:val="Hyperlink"/>
                <w:noProof/>
              </w:rPr>
              <w:t>A2 - ORDER BY</w:t>
            </w:r>
            <w:r>
              <w:rPr>
                <w:noProof/>
                <w:webHidden/>
              </w:rPr>
              <w:tab/>
            </w:r>
            <w:r>
              <w:rPr>
                <w:noProof/>
                <w:webHidden/>
              </w:rPr>
              <w:fldChar w:fldCharType="begin"/>
            </w:r>
            <w:r>
              <w:rPr>
                <w:noProof/>
                <w:webHidden/>
              </w:rPr>
              <w:instrText xml:space="preserve"> PAGEREF _Toc226579523 \h </w:instrText>
            </w:r>
            <w:r>
              <w:rPr>
                <w:noProof/>
                <w:webHidden/>
              </w:rPr>
            </w:r>
            <w:r>
              <w:rPr>
                <w:noProof/>
                <w:webHidden/>
              </w:rPr>
              <w:fldChar w:fldCharType="separate"/>
            </w:r>
            <w:r>
              <w:rPr>
                <w:noProof/>
                <w:webHidden/>
              </w:rPr>
              <w:t>18</w:t>
            </w:r>
            <w:r>
              <w:rPr>
                <w:noProof/>
                <w:webHidden/>
              </w:rPr>
              <w:fldChar w:fldCharType="end"/>
            </w:r>
          </w:hyperlink>
        </w:p>
        <w:p w14:paraId="38C647D0" w14:textId="5600F70E" w:rsidR="008659A6" w:rsidRDefault="008659A6">
          <w:pPr>
            <w:pStyle w:val="TOC2"/>
            <w:tabs>
              <w:tab w:val="right" w:leader="dot" w:pos="9638"/>
            </w:tabs>
            <w:rPr>
              <w:rFonts w:cstheme="minorBidi"/>
              <w:noProof/>
              <w:kern w:val="2"/>
              <w:lang/>
              <w14:ligatures w14:val="standardContextual"/>
            </w:rPr>
          </w:pPr>
          <w:hyperlink w:anchor="_Toc226579524" w:history="1">
            <w:r w:rsidRPr="004C1304">
              <w:rPr>
                <w:rStyle w:val="Hyperlink"/>
                <w:noProof/>
              </w:rPr>
              <w:t>A3 - GROUP BY ... HAVING</w:t>
            </w:r>
            <w:r>
              <w:rPr>
                <w:noProof/>
                <w:webHidden/>
              </w:rPr>
              <w:tab/>
            </w:r>
            <w:r>
              <w:rPr>
                <w:noProof/>
                <w:webHidden/>
              </w:rPr>
              <w:fldChar w:fldCharType="begin"/>
            </w:r>
            <w:r>
              <w:rPr>
                <w:noProof/>
                <w:webHidden/>
              </w:rPr>
              <w:instrText xml:space="preserve"> PAGEREF _Toc226579524 \h </w:instrText>
            </w:r>
            <w:r>
              <w:rPr>
                <w:noProof/>
                <w:webHidden/>
              </w:rPr>
            </w:r>
            <w:r>
              <w:rPr>
                <w:noProof/>
                <w:webHidden/>
              </w:rPr>
              <w:fldChar w:fldCharType="separate"/>
            </w:r>
            <w:r>
              <w:rPr>
                <w:noProof/>
                <w:webHidden/>
              </w:rPr>
              <w:t>19</w:t>
            </w:r>
            <w:r>
              <w:rPr>
                <w:noProof/>
                <w:webHidden/>
              </w:rPr>
              <w:fldChar w:fldCharType="end"/>
            </w:r>
          </w:hyperlink>
        </w:p>
        <w:p w14:paraId="29BDD44D" w14:textId="31DD1E46" w:rsidR="008659A6" w:rsidRDefault="008659A6">
          <w:pPr>
            <w:pStyle w:val="TOC2"/>
            <w:tabs>
              <w:tab w:val="right" w:leader="dot" w:pos="9638"/>
            </w:tabs>
            <w:rPr>
              <w:rFonts w:cstheme="minorBidi"/>
              <w:noProof/>
              <w:kern w:val="2"/>
              <w:lang/>
              <w14:ligatures w14:val="standardContextual"/>
            </w:rPr>
          </w:pPr>
          <w:hyperlink w:anchor="_Toc226579525" w:history="1">
            <w:r w:rsidRPr="004C1304">
              <w:rPr>
                <w:rStyle w:val="Hyperlink"/>
                <w:noProof/>
              </w:rPr>
              <w:t>A4 - Sub-queries</w:t>
            </w:r>
            <w:r>
              <w:rPr>
                <w:noProof/>
                <w:webHidden/>
              </w:rPr>
              <w:tab/>
            </w:r>
            <w:r>
              <w:rPr>
                <w:noProof/>
                <w:webHidden/>
              </w:rPr>
              <w:fldChar w:fldCharType="begin"/>
            </w:r>
            <w:r>
              <w:rPr>
                <w:noProof/>
                <w:webHidden/>
              </w:rPr>
              <w:instrText xml:space="preserve"> PAGEREF _Toc226579525 \h </w:instrText>
            </w:r>
            <w:r>
              <w:rPr>
                <w:noProof/>
                <w:webHidden/>
              </w:rPr>
            </w:r>
            <w:r>
              <w:rPr>
                <w:noProof/>
                <w:webHidden/>
              </w:rPr>
              <w:fldChar w:fldCharType="separate"/>
            </w:r>
            <w:r>
              <w:rPr>
                <w:noProof/>
                <w:webHidden/>
              </w:rPr>
              <w:t>20</w:t>
            </w:r>
            <w:r>
              <w:rPr>
                <w:noProof/>
                <w:webHidden/>
              </w:rPr>
              <w:fldChar w:fldCharType="end"/>
            </w:r>
          </w:hyperlink>
        </w:p>
        <w:p w14:paraId="72864A5D" w14:textId="2F8F2523" w:rsidR="008659A6" w:rsidRDefault="008659A6">
          <w:pPr>
            <w:pStyle w:val="TOC1"/>
            <w:tabs>
              <w:tab w:val="right" w:leader="dot" w:pos="9638"/>
            </w:tabs>
            <w:rPr>
              <w:rFonts w:cstheme="minorBidi"/>
              <w:noProof/>
              <w:kern w:val="2"/>
              <w:lang/>
              <w14:ligatures w14:val="standardContextual"/>
            </w:rPr>
          </w:pPr>
          <w:hyperlink w:anchor="_Toc226579526" w:history="1">
            <w:r w:rsidRPr="004C1304">
              <w:rPr>
                <w:rStyle w:val="Hyperlink"/>
                <w:noProof/>
              </w:rPr>
              <w:t>4. Detailed Evaluation of the Completed Work</w:t>
            </w:r>
            <w:r>
              <w:rPr>
                <w:noProof/>
                <w:webHidden/>
              </w:rPr>
              <w:tab/>
            </w:r>
            <w:r>
              <w:rPr>
                <w:noProof/>
                <w:webHidden/>
              </w:rPr>
              <w:fldChar w:fldCharType="begin"/>
            </w:r>
            <w:r>
              <w:rPr>
                <w:noProof/>
                <w:webHidden/>
              </w:rPr>
              <w:instrText xml:space="preserve"> PAGEREF _Toc226579526 \h </w:instrText>
            </w:r>
            <w:r>
              <w:rPr>
                <w:noProof/>
                <w:webHidden/>
              </w:rPr>
            </w:r>
            <w:r>
              <w:rPr>
                <w:noProof/>
                <w:webHidden/>
              </w:rPr>
              <w:fldChar w:fldCharType="separate"/>
            </w:r>
            <w:r>
              <w:rPr>
                <w:noProof/>
                <w:webHidden/>
              </w:rPr>
              <w:t>21</w:t>
            </w:r>
            <w:r>
              <w:rPr>
                <w:noProof/>
                <w:webHidden/>
              </w:rPr>
              <w:fldChar w:fldCharType="end"/>
            </w:r>
          </w:hyperlink>
        </w:p>
        <w:p w14:paraId="24DFBB10" w14:textId="418F5788" w:rsidR="008659A6" w:rsidRDefault="008659A6">
          <w:pPr>
            <w:pStyle w:val="TOC1"/>
            <w:tabs>
              <w:tab w:val="right" w:leader="dot" w:pos="9638"/>
            </w:tabs>
            <w:rPr>
              <w:rFonts w:cstheme="minorBidi"/>
              <w:noProof/>
              <w:kern w:val="2"/>
              <w:lang/>
              <w14:ligatures w14:val="standardContextual"/>
            </w:rPr>
          </w:pPr>
          <w:hyperlink w:anchor="_Toc226579527" w:history="1">
            <w:r w:rsidRPr="004C1304">
              <w:rPr>
                <w:rStyle w:val="Hyperlink"/>
                <w:noProof/>
              </w:rPr>
              <w:t>5. Conclusion</w:t>
            </w:r>
            <w:r>
              <w:rPr>
                <w:noProof/>
                <w:webHidden/>
              </w:rPr>
              <w:tab/>
            </w:r>
            <w:r>
              <w:rPr>
                <w:noProof/>
                <w:webHidden/>
              </w:rPr>
              <w:fldChar w:fldCharType="begin"/>
            </w:r>
            <w:r>
              <w:rPr>
                <w:noProof/>
                <w:webHidden/>
              </w:rPr>
              <w:instrText xml:space="preserve"> PAGEREF _Toc226579527 \h </w:instrText>
            </w:r>
            <w:r>
              <w:rPr>
                <w:noProof/>
                <w:webHidden/>
              </w:rPr>
            </w:r>
            <w:r>
              <w:rPr>
                <w:noProof/>
                <w:webHidden/>
              </w:rPr>
              <w:fldChar w:fldCharType="separate"/>
            </w:r>
            <w:r>
              <w:rPr>
                <w:noProof/>
                <w:webHidden/>
              </w:rPr>
              <w:t>22</w:t>
            </w:r>
            <w:r>
              <w:rPr>
                <w:noProof/>
                <w:webHidden/>
              </w:rPr>
              <w:fldChar w:fldCharType="end"/>
            </w:r>
          </w:hyperlink>
        </w:p>
        <w:p w14:paraId="3618103B" w14:textId="1D0125EB" w:rsidR="008659A6" w:rsidRDefault="008659A6">
          <w:pPr>
            <w:pStyle w:val="TOC1"/>
            <w:tabs>
              <w:tab w:val="right" w:leader="dot" w:pos="9638"/>
            </w:tabs>
            <w:rPr>
              <w:rFonts w:cstheme="minorBidi"/>
              <w:noProof/>
              <w:kern w:val="2"/>
              <w:lang/>
              <w14:ligatures w14:val="standardContextual"/>
            </w:rPr>
          </w:pPr>
          <w:hyperlink w:anchor="_Toc226579528" w:history="1">
            <w:r w:rsidRPr="004C1304">
              <w:rPr>
                <w:rStyle w:val="Hyperlink"/>
                <w:noProof/>
              </w:rPr>
              <w:t>References</w:t>
            </w:r>
            <w:r>
              <w:rPr>
                <w:noProof/>
                <w:webHidden/>
              </w:rPr>
              <w:tab/>
            </w:r>
            <w:r>
              <w:rPr>
                <w:noProof/>
                <w:webHidden/>
              </w:rPr>
              <w:fldChar w:fldCharType="begin"/>
            </w:r>
            <w:r>
              <w:rPr>
                <w:noProof/>
                <w:webHidden/>
              </w:rPr>
              <w:instrText xml:space="preserve"> PAGEREF _Toc226579528 \h </w:instrText>
            </w:r>
            <w:r>
              <w:rPr>
                <w:noProof/>
                <w:webHidden/>
              </w:rPr>
            </w:r>
            <w:r>
              <w:rPr>
                <w:noProof/>
                <w:webHidden/>
              </w:rPr>
              <w:fldChar w:fldCharType="separate"/>
            </w:r>
            <w:r>
              <w:rPr>
                <w:noProof/>
                <w:webHidden/>
              </w:rPr>
              <w:t>23</w:t>
            </w:r>
            <w:r>
              <w:rPr>
                <w:noProof/>
                <w:webHidden/>
              </w:rPr>
              <w:fldChar w:fldCharType="end"/>
            </w:r>
          </w:hyperlink>
        </w:p>
        <w:p w14:paraId="3071560D" w14:textId="50187CD1" w:rsidR="008659A6" w:rsidRDefault="008659A6">
          <w:r>
            <w:rPr>
              <w:b/>
              <w:bCs/>
              <w:noProof/>
            </w:rPr>
            <w:fldChar w:fldCharType="end"/>
          </w:r>
        </w:p>
      </w:sdtContent>
    </w:sdt>
    <w:p w14:paraId="132D6764" w14:textId="77777777" w:rsidR="008659A6" w:rsidRDefault="008659A6" w:rsidP="004160A7"/>
    <w:p w14:paraId="0190C961" w14:textId="77777777" w:rsidR="008659A6" w:rsidRDefault="008659A6" w:rsidP="004160A7"/>
    <w:p w14:paraId="49761027" w14:textId="77777777" w:rsidR="008659A6" w:rsidRDefault="008659A6" w:rsidP="004160A7"/>
    <w:p w14:paraId="201130A1" w14:textId="77777777" w:rsidR="008659A6" w:rsidRDefault="008659A6" w:rsidP="004160A7"/>
    <w:p w14:paraId="210BFBC7" w14:textId="77777777" w:rsidR="008659A6" w:rsidRDefault="008659A6" w:rsidP="004160A7"/>
    <w:p w14:paraId="5C8153AA" w14:textId="77777777" w:rsidR="008659A6" w:rsidRDefault="008659A6" w:rsidP="004160A7"/>
    <w:p w14:paraId="31DF897F" w14:textId="77777777" w:rsidR="008659A6" w:rsidRDefault="008659A6" w:rsidP="004160A7"/>
    <w:p w14:paraId="1633F4C2" w14:textId="77777777" w:rsidR="008659A6" w:rsidRDefault="008659A6" w:rsidP="004160A7"/>
    <w:p w14:paraId="03427F0A" w14:textId="77777777" w:rsidR="008659A6" w:rsidRDefault="008659A6" w:rsidP="004160A7"/>
    <w:p w14:paraId="736AFA58" w14:textId="77777777" w:rsidR="008659A6" w:rsidRDefault="008659A6" w:rsidP="004160A7"/>
    <w:p w14:paraId="72956E34" w14:textId="77777777" w:rsidR="008659A6" w:rsidRDefault="008659A6" w:rsidP="004160A7"/>
    <w:p w14:paraId="5F6F93BF" w14:textId="77777777" w:rsidR="008659A6" w:rsidRDefault="008659A6" w:rsidP="004160A7"/>
    <w:p w14:paraId="7752C4D7" w14:textId="442574AB" w:rsidR="008659A6" w:rsidRPr="008659A6" w:rsidRDefault="008659A6" w:rsidP="004160A7">
      <w:pPr>
        <w:rPr>
          <w:b/>
          <w:bCs/>
          <w:sz w:val="28"/>
          <w:szCs w:val="28"/>
        </w:rPr>
      </w:pPr>
      <w:r w:rsidRPr="008659A6">
        <w:rPr>
          <w:b/>
          <w:bCs/>
          <w:sz w:val="28"/>
          <w:szCs w:val="28"/>
        </w:rPr>
        <w:lastRenderedPageBreak/>
        <w:t>Table of figures</w:t>
      </w:r>
    </w:p>
    <w:p w14:paraId="00E24CE8" w14:textId="3AF222B4" w:rsidR="008659A6" w:rsidRDefault="008659A6">
      <w:pPr>
        <w:pStyle w:val="TableofFigures"/>
        <w:tabs>
          <w:tab w:val="right" w:leader="dot" w:pos="9638"/>
        </w:tabs>
        <w:rPr>
          <w:rFonts w:asciiTheme="minorHAnsi" w:hAnsiTheme="minorHAnsi" w:cstheme="minorBidi"/>
          <w:noProof/>
          <w:kern w:val="2"/>
          <w:lang/>
          <w14:ligatures w14:val="standardContextual"/>
        </w:rPr>
      </w:pPr>
      <w:r>
        <w:fldChar w:fldCharType="begin"/>
      </w:r>
      <w:r>
        <w:instrText xml:space="preserve"> TOC \h \z \c "Figure" </w:instrText>
      </w:r>
      <w:r>
        <w:fldChar w:fldCharType="separate"/>
      </w:r>
      <w:hyperlink w:anchor="_Toc226579582" w:history="1">
        <w:r w:rsidRPr="008E3E80">
          <w:rPr>
            <w:rStyle w:val="Hyperlink"/>
            <w:noProof/>
          </w:rPr>
          <w:t>Figure 1 Created tables: Teacher, Course, Student</w:t>
        </w:r>
        <w:r>
          <w:rPr>
            <w:noProof/>
            <w:webHidden/>
          </w:rPr>
          <w:tab/>
        </w:r>
        <w:r>
          <w:rPr>
            <w:noProof/>
            <w:webHidden/>
          </w:rPr>
          <w:fldChar w:fldCharType="begin"/>
        </w:r>
        <w:r>
          <w:rPr>
            <w:noProof/>
            <w:webHidden/>
          </w:rPr>
          <w:instrText xml:space="preserve"> PAGEREF _Toc226579582 \h </w:instrText>
        </w:r>
        <w:r>
          <w:rPr>
            <w:noProof/>
            <w:webHidden/>
          </w:rPr>
        </w:r>
        <w:r>
          <w:rPr>
            <w:noProof/>
            <w:webHidden/>
          </w:rPr>
          <w:fldChar w:fldCharType="separate"/>
        </w:r>
        <w:r>
          <w:rPr>
            <w:noProof/>
            <w:webHidden/>
          </w:rPr>
          <w:t>5</w:t>
        </w:r>
        <w:r>
          <w:rPr>
            <w:noProof/>
            <w:webHidden/>
          </w:rPr>
          <w:fldChar w:fldCharType="end"/>
        </w:r>
      </w:hyperlink>
    </w:p>
    <w:p w14:paraId="04AD1A5B" w14:textId="4963F5A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3" w:history="1">
        <w:r w:rsidRPr="008E3E80">
          <w:rPr>
            <w:rStyle w:val="Hyperlink"/>
            <w:noProof/>
          </w:rPr>
          <w:t>Figure 2 Created Tables: Place, Tag, Person</w:t>
        </w:r>
        <w:r>
          <w:rPr>
            <w:noProof/>
            <w:webHidden/>
          </w:rPr>
          <w:tab/>
        </w:r>
        <w:r>
          <w:rPr>
            <w:noProof/>
            <w:webHidden/>
          </w:rPr>
          <w:fldChar w:fldCharType="begin"/>
        </w:r>
        <w:r>
          <w:rPr>
            <w:noProof/>
            <w:webHidden/>
          </w:rPr>
          <w:instrText xml:space="preserve"> PAGEREF _Toc226579583 \h </w:instrText>
        </w:r>
        <w:r>
          <w:rPr>
            <w:noProof/>
            <w:webHidden/>
          </w:rPr>
        </w:r>
        <w:r>
          <w:rPr>
            <w:noProof/>
            <w:webHidden/>
          </w:rPr>
          <w:fldChar w:fldCharType="separate"/>
        </w:r>
        <w:r>
          <w:rPr>
            <w:noProof/>
            <w:webHidden/>
          </w:rPr>
          <w:t>6</w:t>
        </w:r>
        <w:r>
          <w:rPr>
            <w:noProof/>
            <w:webHidden/>
          </w:rPr>
          <w:fldChar w:fldCharType="end"/>
        </w:r>
      </w:hyperlink>
    </w:p>
    <w:p w14:paraId="7FD8BFC4" w14:textId="31F6C70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4" w:history="1">
        <w:r w:rsidRPr="008E3E80">
          <w:rPr>
            <w:rStyle w:val="Hyperlink"/>
            <w:noProof/>
          </w:rPr>
          <w:t>Figure 3 Created Tables: historical_event and content_entry</w:t>
        </w:r>
        <w:r>
          <w:rPr>
            <w:noProof/>
            <w:webHidden/>
          </w:rPr>
          <w:tab/>
        </w:r>
        <w:r>
          <w:rPr>
            <w:noProof/>
            <w:webHidden/>
          </w:rPr>
          <w:fldChar w:fldCharType="begin"/>
        </w:r>
        <w:r>
          <w:rPr>
            <w:noProof/>
            <w:webHidden/>
          </w:rPr>
          <w:instrText xml:space="preserve"> PAGEREF _Toc226579584 \h </w:instrText>
        </w:r>
        <w:r>
          <w:rPr>
            <w:noProof/>
            <w:webHidden/>
          </w:rPr>
        </w:r>
        <w:r>
          <w:rPr>
            <w:noProof/>
            <w:webHidden/>
          </w:rPr>
          <w:fldChar w:fldCharType="separate"/>
        </w:r>
        <w:r>
          <w:rPr>
            <w:noProof/>
            <w:webHidden/>
          </w:rPr>
          <w:t>7</w:t>
        </w:r>
        <w:r>
          <w:rPr>
            <w:noProof/>
            <w:webHidden/>
          </w:rPr>
          <w:fldChar w:fldCharType="end"/>
        </w:r>
      </w:hyperlink>
    </w:p>
    <w:p w14:paraId="3941BC13" w14:textId="43B401F5"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5" w:history="1">
        <w:r w:rsidRPr="008E3E80">
          <w:rPr>
            <w:rStyle w:val="Hyperlink"/>
            <w:noProof/>
          </w:rPr>
          <w:t>Figure 4 Created Tables: feedback, entry_place, entry_person</w:t>
        </w:r>
        <w:r>
          <w:rPr>
            <w:noProof/>
            <w:webHidden/>
          </w:rPr>
          <w:tab/>
        </w:r>
        <w:r>
          <w:rPr>
            <w:noProof/>
            <w:webHidden/>
          </w:rPr>
          <w:fldChar w:fldCharType="begin"/>
        </w:r>
        <w:r>
          <w:rPr>
            <w:noProof/>
            <w:webHidden/>
          </w:rPr>
          <w:instrText xml:space="preserve"> PAGEREF _Toc226579585 \h </w:instrText>
        </w:r>
        <w:r>
          <w:rPr>
            <w:noProof/>
            <w:webHidden/>
          </w:rPr>
        </w:r>
        <w:r>
          <w:rPr>
            <w:noProof/>
            <w:webHidden/>
          </w:rPr>
          <w:fldChar w:fldCharType="separate"/>
        </w:r>
        <w:r>
          <w:rPr>
            <w:noProof/>
            <w:webHidden/>
          </w:rPr>
          <w:t>8</w:t>
        </w:r>
        <w:r>
          <w:rPr>
            <w:noProof/>
            <w:webHidden/>
          </w:rPr>
          <w:fldChar w:fldCharType="end"/>
        </w:r>
      </w:hyperlink>
    </w:p>
    <w:p w14:paraId="29D8FC58" w14:textId="22025BC4"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6" w:history="1">
        <w:r w:rsidRPr="008E3E80">
          <w:rPr>
            <w:rStyle w:val="Hyperlink"/>
            <w:noProof/>
          </w:rPr>
          <w:t>Figure 5 Created Tables: entry_event, event_tag, event_person</w:t>
        </w:r>
        <w:r>
          <w:rPr>
            <w:noProof/>
            <w:webHidden/>
          </w:rPr>
          <w:tab/>
        </w:r>
        <w:r>
          <w:rPr>
            <w:noProof/>
            <w:webHidden/>
          </w:rPr>
          <w:fldChar w:fldCharType="begin"/>
        </w:r>
        <w:r>
          <w:rPr>
            <w:noProof/>
            <w:webHidden/>
          </w:rPr>
          <w:instrText xml:space="preserve"> PAGEREF _Toc226579586 \h </w:instrText>
        </w:r>
        <w:r>
          <w:rPr>
            <w:noProof/>
            <w:webHidden/>
          </w:rPr>
        </w:r>
        <w:r>
          <w:rPr>
            <w:noProof/>
            <w:webHidden/>
          </w:rPr>
          <w:fldChar w:fldCharType="separate"/>
        </w:r>
        <w:r>
          <w:rPr>
            <w:noProof/>
            <w:webHidden/>
          </w:rPr>
          <w:t>9</w:t>
        </w:r>
        <w:r>
          <w:rPr>
            <w:noProof/>
            <w:webHidden/>
          </w:rPr>
          <w:fldChar w:fldCharType="end"/>
        </w:r>
      </w:hyperlink>
    </w:p>
    <w:p w14:paraId="045594D6" w14:textId="10C483A0"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7" w:history="1">
        <w:r w:rsidRPr="008E3E80">
          <w:rPr>
            <w:rStyle w:val="Hyperlink"/>
            <w:noProof/>
          </w:rPr>
          <w:t>Figure 6 Created Indexes</w:t>
        </w:r>
        <w:r>
          <w:rPr>
            <w:noProof/>
            <w:webHidden/>
          </w:rPr>
          <w:tab/>
        </w:r>
        <w:r>
          <w:rPr>
            <w:noProof/>
            <w:webHidden/>
          </w:rPr>
          <w:fldChar w:fldCharType="begin"/>
        </w:r>
        <w:r>
          <w:rPr>
            <w:noProof/>
            <w:webHidden/>
          </w:rPr>
          <w:instrText xml:space="preserve"> PAGEREF _Toc226579587 \h </w:instrText>
        </w:r>
        <w:r>
          <w:rPr>
            <w:noProof/>
            <w:webHidden/>
          </w:rPr>
        </w:r>
        <w:r>
          <w:rPr>
            <w:noProof/>
            <w:webHidden/>
          </w:rPr>
          <w:fldChar w:fldCharType="separate"/>
        </w:r>
        <w:r>
          <w:rPr>
            <w:noProof/>
            <w:webHidden/>
          </w:rPr>
          <w:t>10</w:t>
        </w:r>
        <w:r>
          <w:rPr>
            <w:noProof/>
            <w:webHidden/>
          </w:rPr>
          <w:fldChar w:fldCharType="end"/>
        </w:r>
      </w:hyperlink>
    </w:p>
    <w:p w14:paraId="623B998D" w14:textId="644C237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8" w:history="1">
        <w:r w:rsidRPr="008E3E80">
          <w:rPr>
            <w:rStyle w:val="Hyperlink"/>
            <w:noProof/>
          </w:rPr>
          <w:t>Figure 7 Inserted values into teacher, course, student</w:t>
        </w:r>
        <w:r>
          <w:rPr>
            <w:noProof/>
            <w:webHidden/>
          </w:rPr>
          <w:tab/>
        </w:r>
        <w:r>
          <w:rPr>
            <w:noProof/>
            <w:webHidden/>
          </w:rPr>
          <w:fldChar w:fldCharType="begin"/>
        </w:r>
        <w:r>
          <w:rPr>
            <w:noProof/>
            <w:webHidden/>
          </w:rPr>
          <w:instrText xml:space="preserve"> PAGEREF _Toc226579588 \h </w:instrText>
        </w:r>
        <w:r>
          <w:rPr>
            <w:noProof/>
            <w:webHidden/>
          </w:rPr>
        </w:r>
        <w:r>
          <w:rPr>
            <w:noProof/>
            <w:webHidden/>
          </w:rPr>
          <w:fldChar w:fldCharType="separate"/>
        </w:r>
        <w:r>
          <w:rPr>
            <w:noProof/>
            <w:webHidden/>
          </w:rPr>
          <w:t>12</w:t>
        </w:r>
        <w:r>
          <w:rPr>
            <w:noProof/>
            <w:webHidden/>
          </w:rPr>
          <w:fldChar w:fldCharType="end"/>
        </w:r>
      </w:hyperlink>
    </w:p>
    <w:p w14:paraId="237E9ED3" w14:textId="79EF133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89" w:history="1">
        <w:r w:rsidRPr="008E3E80">
          <w:rPr>
            <w:rStyle w:val="Hyperlink"/>
            <w:noProof/>
          </w:rPr>
          <w:t>Figure 8 Inserted Values into place, tag, person</w:t>
        </w:r>
        <w:r>
          <w:rPr>
            <w:noProof/>
            <w:webHidden/>
          </w:rPr>
          <w:tab/>
        </w:r>
        <w:r>
          <w:rPr>
            <w:noProof/>
            <w:webHidden/>
          </w:rPr>
          <w:fldChar w:fldCharType="begin"/>
        </w:r>
        <w:r>
          <w:rPr>
            <w:noProof/>
            <w:webHidden/>
          </w:rPr>
          <w:instrText xml:space="preserve"> PAGEREF _Toc226579589 \h </w:instrText>
        </w:r>
        <w:r>
          <w:rPr>
            <w:noProof/>
            <w:webHidden/>
          </w:rPr>
        </w:r>
        <w:r>
          <w:rPr>
            <w:noProof/>
            <w:webHidden/>
          </w:rPr>
          <w:fldChar w:fldCharType="separate"/>
        </w:r>
        <w:r>
          <w:rPr>
            <w:noProof/>
            <w:webHidden/>
          </w:rPr>
          <w:t>14</w:t>
        </w:r>
        <w:r>
          <w:rPr>
            <w:noProof/>
            <w:webHidden/>
          </w:rPr>
          <w:fldChar w:fldCharType="end"/>
        </w:r>
      </w:hyperlink>
    </w:p>
    <w:p w14:paraId="4B9FCE02" w14:textId="64BEB2C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0" w:history="1">
        <w:r w:rsidRPr="008E3E80">
          <w:rPr>
            <w:rStyle w:val="Hyperlink"/>
            <w:noProof/>
          </w:rPr>
          <w:t>Figure 9 Inserted values into historical_event, content_entry and feedback</w:t>
        </w:r>
        <w:r>
          <w:rPr>
            <w:noProof/>
            <w:webHidden/>
          </w:rPr>
          <w:tab/>
        </w:r>
        <w:r>
          <w:rPr>
            <w:noProof/>
            <w:webHidden/>
          </w:rPr>
          <w:fldChar w:fldCharType="begin"/>
        </w:r>
        <w:r>
          <w:rPr>
            <w:noProof/>
            <w:webHidden/>
          </w:rPr>
          <w:instrText xml:space="preserve"> PAGEREF _Toc226579590 \h </w:instrText>
        </w:r>
        <w:r>
          <w:rPr>
            <w:noProof/>
            <w:webHidden/>
          </w:rPr>
        </w:r>
        <w:r>
          <w:rPr>
            <w:noProof/>
            <w:webHidden/>
          </w:rPr>
          <w:fldChar w:fldCharType="separate"/>
        </w:r>
        <w:r>
          <w:rPr>
            <w:noProof/>
            <w:webHidden/>
          </w:rPr>
          <w:t>14</w:t>
        </w:r>
        <w:r>
          <w:rPr>
            <w:noProof/>
            <w:webHidden/>
          </w:rPr>
          <w:fldChar w:fldCharType="end"/>
        </w:r>
      </w:hyperlink>
    </w:p>
    <w:p w14:paraId="4CAEF5E6" w14:textId="674267C5"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1" w:history="1">
        <w:r w:rsidRPr="008E3E80">
          <w:rPr>
            <w:rStyle w:val="Hyperlink"/>
            <w:noProof/>
          </w:rPr>
          <w:t>Figure 10 Inserted values into entry_place, entry_person and entry_event</w:t>
        </w:r>
        <w:r>
          <w:rPr>
            <w:noProof/>
            <w:webHidden/>
          </w:rPr>
          <w:tab/>
        </w:r>
        <w:r>
          <w:rPr>
            <w:noProof/>
            <w:webHidden/>
          </w:rPr>
          <w:fldChar w:fldCharType="begin"/>
        </w:r>
        <w:r>
          <w:rPr>
            <w:noProof/>
            <w:webHidden/>
          </w:rPr>
          <w:instrText xml:space="preserve"> PAGEREF _Toc226579591 \h </w:instrText>
        </w:r>
        <w:r>
          <w:rPr>
            <w:noProof/>
            <w:webHidden/>
          </w:rPr>
        </w:r>
        <w:r>
          <w:rPr>
            <w:noProof/>
            <w:webHidden/>
          </w:rPr>
          <w:fldChar w:fldCharType="separate"/>
        </w:r>
        <w:r>
          <w:rPr>
            <w:noProof/>
            <w:webHidden/>
          </w:rPr>
          <w:t>16</w:t>
        </w:r>
        <w:r>
          <w:rPr>
            <w:noProof/>
            <w:webHidden/>
          </w:rPr>
          <w:fldChar w:fldCharType="end"/>
        </w:r>
      </w:hyperlink>
    </w:p>
    <w:p w14:paraId="6F1C43DB" w14:textId="3B8B7E1D"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2" w:history="1">
        <w:r w:rsidRPr="008E3E80">
          <w:rPr>
            <w:rStyle w:val="Hyperlink"/>
            <w:noProof/>
          </w:rPr>
          <w:t>Figure 11 Inserted values into entry_tag and entry_person</w:t>
        </w:r>
        <w:r>
          <w:rPr>
            <w:noProof/>
            <w:webHidden/>
          </w:rPr>
          <w:tab/>
        </w:r>
        <w:r>
          <w:rPr>
            <w:noProof/>
            <w:webHidden/>
          </w:rPr>
          <w:fldChar w:fldCharType="begin"/>
        </w:r>
        <w:r>
          <w:rPr>
            <w:noProof/>
            <w:webHidden/>
          </w:rPr>
          <w:instrText xml:space="preserve"> PAGEREF _Toc226579592 \h </w:instrText>
        </w:r>
        <w:r>
          <w:rPr>
            <w:noProof/>
            <w:webHidden/>
          </w:rPr>
        </w:r>
        <w:r>
          <w:rPr>
            <w:noProof/>
            <w:webHidden/>
          </w:rPr>
          <w:fldChar w:fldCharType="separate"/>
        </w:r>
        <w:r>
          <w:rPr>
            <w:noProof/>
            <w:webHidden/>
          </w:rPr>
          <w:t>16</w:t>
        </w:r>
        <w:r>
          <w:rPr>
            <w:noProof/>
            <w:webHidden/>
          </w:rPr>
          <w:fldChar w:fldCharType="end"/>
        </w:r>
      </w:hyperlink>
    </w:p>
    <w:p w14:paraId="2A641774" w14:textId="3A472416"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3" w:history="1">
        <w:r w:rsidRPr="008E3E80">
          <w:rPr>
            <w:rStyle w:val="Hyperlink"/>
            <w:noProof/>
          </w:rPr>
          <w:t>Figure 12 SQL statement for A1.</w:t>
        </w:r>
        <w:r>
          <w:rPr>
            <w:noProof/>
            <w:webHidden/>
          </w:rPr>
          <w:tab/>
        </w:r>
        <w:r>
          <w:rPr>
            <w:noProof/>
            <w:webHidden/>
          </w:rPr>
          <w:fldChar w:fldCharType="begin"/>
        </w:r>
        <w:r>
          <w:rPr>
            <w:noProof/>
            <w:webHidden/>
          </w:rPr>
          <w:instrText xml:space="preserve"> PAGEREF _Toc226579593 \h </w:instrText>
        </w:r>
        <w:r>
          <w:rPr>
            <w:noProof/>
            <w:webHidden/>
          </w:rPr>
        </w:r>
        <w:r>
          <w:rPr>
            <w:noProof/>
            <w:webHidden/>
          </w:rPr>
          <w:fldChar w:fldCharType="separate"/>
        </w:r>
        <w:r>
          <w:rPr>
            <w:noProof/>
            <w:webHidden/>
          </w:rPr>
          <w:t>18</w:t>
        </w:r>
        <w:r>
          <w:rPr>
            <w:noProof/>
            <w:webHidden/>
          </w:rPr>
          <w:fldChar w:fldCharType="end"/>
        </w:r>
      </w:hyperlink>
    </w:p>
    <w:p w14:paraId="5CE49062" w14:textId="76511092"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4" w:history="1">
        <w:r w:rsidRPr="008E3E80">
          <w:rPr>
            <w:rStyle w:val="Hyperlink"/>
            <w:noProof/>
          </w:rPr>
          <w:t>Figure 13 . Expected result produced by A1 on the populated dataset</w:t>
        </w:r>
        <w:r>
          <w:rPr>
            <w:noProof/>
            <w:webHidden/>
          </w:rPr>
          <w:tab/>
        </w:r>
        <w:r>
          <w:rPr>
            <w:noProof/>
            <w:webHidden/>
          </w:rPr>
          <w:fldChar w:fldCharType="begin"/>
        </w:r>
        <w:r>
          <w:rPr>
            <w:noProof/>
            <w:webHidden/>
          </w:rPr>
          <w:instrText xml:space="preserve"> PAGEREF _Toc226579594 \h </w:instrText>
        </w:r>
        <w:r>
          <w:rPr>
            <w:noProof/>
            <w:webHidden/>
          </w:rPr>
        </w:r>
        <w:r>
          <w:rPr>
            <w:noProof/>
            <w:webHidden/>
          </w:rPr>
          <w:fldChar w:fldCharType="separate"/>
        </w:r>
        <w:r>
          <w:rPr>
            <w:noProof/>
            <w:webHidden/>
          </w:rPr>
          <w:t>18</w:t>
        </w:r>
        <w:r>
          <w:rPr>
            <w:noProof/>
            <w:webHidden/>
          </w:rPr>
          <w:fldChar w:fldCharType="end"/>
        </w:r>
      </w:hyperlink>
    </w:p>
    <w:p w14:paraId="4783F83C" w14:textId="4ED1D4FB"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5" w:history="1">
        <w:r w:rsidRPr="008E3E80">
          <w:rPr>
            <w:rStyle w:val="Hyperlink"/>
            <w:noProof/>
          </w:rPr>
          <w:t>Figure 14 SQL statement for A2</w:t>
        </w:r>
        <w:r>
          <w:rPr>
            <w:noProof/>
            <w:webHidden/>
          </w:rPr>
          <w:tab/>
        </w:r>
        <w:r>
          <w:rPr>
            <w:noProof/>
            <w:webHidden/>
          </w:rPr>
          <w:fldChar w:fldCharType="begin"/>
        </w:r>
        <w:r>
          <w:rPr>
            <w:noProof/>
            <w:webHidden/>
          </w:rPr>
          <w:instrText xml:space="preserve"> PAGEREF _Toc226579595 \h </w:instrText>
        </w:r>
        <w:r>
          <w:rPr>
            <w:noProof/>
            <w:webHidden/>
          </w:rPr>
        </w:r>
        <w:r>
          <w:rPr>
            <w:noProof/>
            <w:webHidden/>
          </w:rPr>
          <w:fldChar w:fldCharType="separate"/>
        </w:r>
        <w:r>
          <w:rPr>
            <w:noProof/>
            <w:webHidden/>
          </w:rPr>
          <w:t>19</w:t>
        </w:r>
        <w:r>
          <w:rPr>
            <w:noProof/>
            <w:webHidden/>
          </w:rPr>
          <w:fldChar w:fldCharType="end"/>
        </w:r>
      </w:hyperlink>
    </w:p>
    <w:p w14:paraId="2CD70092" w14:textId="7510A72A"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6" w:history="1">
        <w:r w:rsidRPr="008E3E80">
          <w:rPr>
            <w:rStyle w:val="Hyperlink"/>
            <w:noProof/>
          </w:rPr>
          <w:t>Figure 15 . Expected result produced by A2 on the populated dataset.</w:t>
        </w:r>
        <w:r>
          <w:rPr>
            <w:noProof/>
            <w:webHidden/>
          </w:rPr>
          <w:tab/>
        </w:r>
        <w:r>
          <w:rPr>
            <w:noProof/>
            <w:webHidden/>
          </w:rPr>
          <w:fldChar w:fldCharType="begin"/>
        </w:r>
        <w:r>
          <w:rPr>
            <w:noProof/>
            <w:webHidden/>
          </w:rPr>
          <w:instrText xml:space="preserve"> PAGEREF _Toc226579596 \h </w:instrText>
        </w:r>
        <w:r>
          <w:rPr>
            <w:noProof/>
            <w:webHidden/>
          </w:rPr>
        </w:r>
        <w:r>
          <w:rPr>
            <w:noProof/>
            <w:webHidden/>
          </w:rPr>
          <w:fldChar w:fldCharType="separate"/>
        </w:r>
        <w:r>
          <w:rPr>
            <w:noProof/>
            <w:webHidden/>
          </w:rPr>
          <w:t>19</w:t>
        </w:r>
        <w:r>
          <w:rPr>
            <w:noProof/>
            <w:webHidden/>
          </w:rPr>
          <w:fldChar w:fldCharType="end"/>
        </w:r>
      </w:hyperlink>
    </w:p>
    <w:p w14:paraId="4F3DB4A9" w14:textId="1ABB1466"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7" w:history="1">
        <w:r w:rsidRPr="008E3E80">
          <w:rPr>
            <w:rStyle w:val="Hyperlink"/>
            <w:noProof/>
          </w:rPr>
          <w:t>Figure 16 SQL statement for A3</w:t>
        </w:r>
        <w:r>
          <w:rPr>
            <w:noProof/>
            <w:webHidden/>
          </w:rPr>
          <w:tab/>
        </w:r>
        <w:r>
          <w:rPr>
            <w:noProof/>
            <w:webHidden/>
          </w:rPr>
          <w:fldChar w:fldCharType="begin"/>
        </w:r>
        <w:r>
          <w:rPr>
            <w:noProof/>
            <w:webHidden/>
          </w:rPr>
          <w:instrText xml:space="preserve"> PAGEREF _Toc226579597 \h </w:instrText>
        </w:r>
        <w:r>
          <w:rPr>
            <w:noProof/>
            <w:webHidden/>
          </w:rPr>
        </w:r>
        <w:r>
          <w:rPr>
            <w:noProof/>
            <w:webHidden/>
          </w:rPr>
          <w:fldChar w:fldCharType="separate"/>
        </w:r>
        <w:r>
          <w:rPr>
            <w:noProof/>
            <w:webHidden/>
          </w:rPr>
          <w:t>20</w:t>
        </w:r>
        <w:r>
          <w:rPr>
            <w:noProof/>
            <w:webHidden/>
          </w:rPr>
          <w:fldChar w:fldCharType="end"/>
        </w:r>
      </w:hyperlink>
    </w:p>
    <w:p w14:paraId="0D488626" w14:textId="232C49A4"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8" w:history="1">
        <w:r w:rsidRPr="008E3E80">
          <w:rPr>
            <w:rStyle w:val="Hyperlink"/>
            <w:noProof/>
          </w:rPr>
          <w:t>Figure 17 . Expected result produced by A3 on the populated dataset</w:t>
        </w:r>
        <w:r>
          <w:rPr>
            <w:noProof/>
            <w:webHidden/>
          </w:rPr>
          <w:tab/>
        </w:r>
        <w:r>
          <w:rPr>
            <w:noProof/>
            <w:webHidden/>
          </w:rPr>
          <w:fldChar w:fldCharType="begin"/>
        </w:r>
        <w:r>
          <w:rPr>
            <w:noProof/>
            <w:webHidden/>
          </w:rPr>
          <w:instrText xml:space="preserve"> PAGEREF _Toc226579598 \h </w:instrText>
        </w:r>
        <w:r>
          <w:rPr>
            <w:noProof/>
            <w:webHidden/>
          </w:rPr>
        </w:r>
        <w:r>
          <w:rPr>
            <w:noProof/>
            <w:webHidden/>
          </w:rPr>
          <w:fldChar w:fldCharType="separate"/>
        </w:r>
        <w:r>
          <w:rPr>
            <w:noProof/>
            <w:webHidden/>
          </w:rPr>
          <w:t>20</w:t>
        </w:r>
        <w:r>
          <w:rPr>
            <w:noProof/>
            <w:webHidden/>
          </w:rPr>
          <w:fldChar w:fldCharType="end"/>
        </w:r>
      </w:hyperlink>
    </w:p>
    <w:p w14:paraId="324F0F9C" w14:textId="47A59D0F"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599" w:history="1">
        <w:r w:rsidRPr="008E3E80">
          <w:rPr>
            <w:rStyle w:val="Hyperlink"/>
            <w:noProof/>
          </w:rPr>
          <w:t>Figure 18 SQL statement for A4.</w:t>
        </w:r>
        <w:r>
          <w:rPr>
            <w:noProof/>
            <w:webHidden/>
          </w:rPr>
          <w:tab/>
        </w:r>
        <w:r>
          <w:rPr>
            <w:noProof/>
            <w:webHidden/>
          </w:rPr>
          <w:fldChar w:fldCharType="begin"/>
        </w:r>
        <w:r>
          <w:rPr>
            <w:noProof/>
            <w:webHidden/>
          </w:rPr>
          <w:instrText xml:space="preserve"> PAGEREF _Toc226579599 \h </w:instrText>
        </w:r>
        <w:r>
          <w:rPr>
            <w:noProof/>
            <w:webHidden/>
          </w:rPr>
        </w:r>
        <w:r>
          <w:rPr>
            <w:noProof/>
            <w:webHidden/>
          </w:rPr>
          <w:fldChar w:fldCharType="separate"/>
        </w:r>
        <w:r>
          <w:rPr>
            <w:noProof/>
            <w:webHidden/>
          </w:rPr>
          <w:t>21</w:t>
        </w:r>
        <w:r>
          <w:rPr>
            <w:noProof/>
            <w:webHidden/>
          </w:rPr>
          <w:fldChar w:fldCharType="end"/>
        </w:r>
      </w:hyperlink>
    </w:p>
    <w:p w14:paraId="1E16A92B" w14:textId="55D986F3" w:rsidR="008659A6" w:rsidRDefault="008659A6">
      <w:pPr>
        <w:pStyle w:val="TableofFigures"/>
        <w:tabs>
          <w:tab w:val="right" w:leader="dot" w:pos="9638"/>
        </w:tabs>
        <w:rPr>
          <w:rFonts w:asciiTheme="minorHAnsi" w:hAnsiTheme="minorHAnsi" w:cstheme="minorBidi"/>
          <w:noProof/>
          <w:kern w:val="2"/>
          <w:lang/>
          <w14:ligatures w14:val="standardContextual"/>
        </w:rPr>
      </w:pPr>
      <w:hyperlink w:anchor="_Toc226579600" w:history="1">
        <w:r w:rsidRPr="008E3E80">
          <w:rPr>
            <w:rStyle w:val="Hyperlink"/>
            <w:noProof/>
          </w:rPr>
          <w:t>Figure 19 . Expected result produced by A4 on the populated dataset.</w:t>
        </w:r>
        <w:r>
          <w:rPr>
            <w:noProof/>
            <w:webHidden/>
          </w:rPr>
          <w:tab/>
        </w:r>
        <w:r>
          <w:rPr>
            <w:noProof/>
            <w:webHidden/>
          </w:rPr>
          <w:fldChar w:fldCharType="begin"/>
        </w:r>
        <w:r>
          <w:rPr>
            <w:noProof/>
            <w:webHidden/>
          </w:rPr>
          <w:instrText xml:space="preserve"> PAGEREF _Toc226579600 \h </w:instrText>
        </w:r>
        <w:r>
          <w:rPr>
            <w:noProof/>
            <w:webHidden/>
          </w:rPr>
        </w:r>
        <w:r>
          <w:rPr>
            <w:noProof/>
            <w:webHidden/>
          </w:rPr>
          <w:fldChar w:fldCharType="separate"/>
        </w:r>
        <w:r>
          <w:rPr>
            <w:noProof/>
            <w:webHidden/>
          </w:rPr>
          <w:t>21</w:t>
        </w:r>
        <w:r>
          <w:rPr>
            <w:noProof/>
            <w:webHidden/>
          </w:rPr>
          <w:fldChar w:fldCharType="end"/>
        </w:r>
      </w:hyperlink>
    </w:p>
    <w:p w14:paraId="5991D9E2" w14:textId="666493C3" w:rsidR="008659A6" w:rsidRDefault="008659A6" w:rsidP="004160A7">
      <w:r>
        <w:fldChar w:fldCharType="end"/>
      </w:r>
    </w:p>
    <w:p w14:paraId="21935BE6" w14:textId="77777777" w:rsidR="00734049" w:rsidRDefault="00000000" w:rsidP="004160A7">
      <w:r>
        <w:br w:type="page"/>
      </w:r>
    </w:p>
    <w:p w14:paraId="30D4392F" w14:textId="77777777" w:rsidR="00734049" w:rsidRPr="008659A6" w:rsidRDefault="00000000" w:rsidP="008659A6">
      <w:pPr>
        <w:pStyle w:val="Heading1"/>
      </w:pPr>
      <w:bookmarkStart w:id="0" w:name="_Toc226579517"/>
      <w:r w:rsidRPr="008659A6">
        <w:lastRenderedPageBreak/>
        <w:t>1. Introduction</w:t>
      </w:r>
      <w:bookmarkEnd w:id="0"/>
    </w:p>
    <w:p w14:paraId="039E2B17" w14:textId="77777777" w:rsidR="00321788" w:rsidRPr="008659A6" w:rsidRDefault="00321788" w:rsidP="008659A6">
      <w:r w:rsidRPr="008659A6">
        <w:t>The short story explains that it is a web-based history learning environment where the teachers build the courses, register students, give them homework in history and read the work submitted by the students. Students register and post text or link based historical information and teachers score each post out of a numerical value and remarks. The central issue with data is that multiple historical notions might be mentioned in each entry and in particular, people, places, dates and types of events. An effective design must then be in form of such that it facilitates flexible searching without causing duplication and update anomaly.</w:t>
      </w:r>
    </w:p>
    <w:p w14:paraId="65E7D6BD" w14:textId="77777777" w:rsidR="00321788" w:rsidRPr="008659A6" w:rsidRDefault="00321788" w:rsidP="008659A6">
      <w:r w:rsidRPr="008659A6">
        <w:t>The database implemented in this report is up to that challenge by distinguishing between core business entities (teacher, course, student, content entry, feedback, place, person and historical event) and reusable reference data (tag) and associative structures that solve many-to-many relationships. The outcome is a scalable schema that is able to provide data integrity, maintainability and query performance.</w:t>
      </w:r>
    </w:p>
    <w:p w14:paraId="3044B648" w14:textId="0A25F225" w:rsidR="00672671" w:rsidRPr="008659A6" w:rsidRDefault="00321788" w:rsidP="008659A6">
      <w:r w:rsidRPr="008659A6">
        <w:t>The following report Part 2 is a standalone report that is devoted to practical implementation of the design of the database. It will translate the approved schema into an Oracle SQL, populate the data, respond to the set of queries needed, and assess the finished database solution based on the coursework brief.</w:t>
      </w:r>
    </w:p>
    <w:p w14:paraId="34C581E4" w14:textId="77777777" w:rsidR="004160A7" w:rsidRPr="008659A6" w:rsidRDefault="004160A7" w:rsidP="008659A6">
      <w:pPr>
        <w:pStyle w:val="Heading1"/>
      </w:pPr>
      <w:bookmarkStart w:id="1" w:name="_Toc226579518"/>
      <w:r w:rsidRPr="008659A6">
        <w:t>2. Database Implementation</w:t>
      </w:r>
      <w:bookmarkEnd w:id="1"/>
    </w:p>
    <w:p w14:paraId="1814DFF2" w14:textId="77777777" w:rsidR="00734049" w:rsidRPr="008659A6" w:rsidRDefault="004160A7" w:rsidP="008659A6">
      <w:pPr>
        <w:pStyle w:val="Heading2"/>
      </w:pPr>
      <w:bookmarkStart w:id="2" w:name="_Toc226579519"/>
      <w:r w:rsidRPr="008659A6">
        <w:t>2.1 Oracle Database Implementation</w:t>
      </w:r>
      <w:bookmarkEnd w:id="2"/>
    </w:p>
    <w:p w14:paraId="2BB13577" w14:textId="2714DB03" w:rsidR="00672671" w:rsidRPr="008659A6" w:rsidRDefault="007720DC" w:rsidP="008659A6">
      <w:r w:rsidRPr="008659A6">
        <w:t>The schema was realized in the Oracle-compatible SQL. The main data types of identifiers, names, dates and long-form entry text (NUMBER, VARCHAR2, DATE and CLOB) were chosen since they correspond to the data attributes. To enhance data integrity, primary keys, foreign keys, UNIQUE constraints and Check constraints were added. All standard SQL operations, such as table creation, INSERT statements, joins, ORDER BY, GROUP BY/HAVING and nested subqueries are all standard supported in Oracle (Oracle, 2023a; Oracle, 2023b; Oracle, 2023c).</w:t>
      </w:r>
    </w:p>
    <w:p w14:paraId="2000D899" w14:textId="77777777" w:rsidR="008659A6" w:rsidRDefault="00A15008" w:rsidP="008659A6">
      <w:pPr>
        <w:keepNext/>
      </w:pPr>
      <w:r w:rsidRPr="008659A6">
        <w:rPr>
          <w:noProof/>
        </w:rPr>
        <w:lastRenderedPageBreak/>
        <w:drawing>
          <wp:inline distT="0" distB="0" distL="0" distR="0" wp14:anchorId="1BCBDFDE" wp14:editId="7950D78E">
            <wp:extent cx="5810250" cy="7553325"/>
            <wp:effectExtent l="0" t="0" r="0" b="9525"/>
            <wp:docPr id="33558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81255" name=""/>
                    <pic:cNvPicPr/>
                  </pic:nvPicPr>
                  <pic:blipFill rotWithShape="1">
                    <a:blip r:embed="rId8"/>
                    <a:srcRect b="12123"/>
                    <a:stretch>
                      <a:fillRect/>
                    </a:stretch>
                  </pic:blipFill>
                  <pic:spPr bwMode="auto">
                    <a:xfrm>
                      <a:off x="0" y="0"/>
                      <a:ext cx="5810250" cy="7553325"/>
                    </a:xfrm>
                    <a:prstGeom prst="rect">
                      <a:avLst/>
                    </a:prstGeom>
                    <a:ln>
                      <a:noFill/>
                    </a:ln>
                    <a:extLst>
                      <a:ext uri="{53640926-AAD7-44D8-BBD7-CCE9431645EC}">
                        <a14:shadowObscured xmlns:a14="http://schemas.microsoft.com/office/drawing/2010/main"/>
                      </a:ext>
                    </a:extLst>
                  </pic:spPr>
                </pic:pic>
              </a:graphicData>
            </a:graphic>
          </wp:inline>
        </w:drawing>
      </w:r>
    </w:p>
    <w:p w14:paraId="761677A6" w14:textId="098F6511" w:rsidR="00A15008" w:rsidRPr="008659A6" w:rsidRDefault="008659A6" w:rsidP="008659A6">
      <w:pPr>
        <w:pStyle w:val="Caption"/>
      </w:pPr>
      <w:bookmarkStart w:id="3" w:name="_Toc226579582"/>
      <w:r>
        <w:t xml:space="preserve">Figure </w:t>
      </w:r>
      <w:fldSimple w:instr=" SEQ Figure \* ARABIC ">
        <w:r>
          <w:rPr>
            <w:noProof/>
          </w:rPr>
          <w:t>1</w:t>
        </w:r>
      </w:fldSimple>
      <w:r>
        <w:t xml:space="preserve"> </w:t>
      </w:r>
      <w:r w:rsidRPr="007306B1">
        <w:t>Created tables: Teacher, Course, Student</w:t>
      </w:r>
      <w:bookmarkEnd w:id="3"/>
    </w:p>
    <w:p w14:paraId="2A98FEE5" w14:textId="19CB81A3" w:rsidR="00734049" w:rsidRPr="008659A6" w:rsidRDefault="00734049" w:rsidP="008659A6">
      <w:pPr>
        <w:pStyle w:val="CaptionCustom"/>
        <w:spacing w:line="360" w:lineRule="auto"/>
        <w:jc w:val="both"/>
        <w:rPr>
          <w:rFonts w:ascii="Times New Roman" w:hAnsi="Times New Roman" w:cs="Times New Roman"/>
        </w:rPr>
      </w:pPr>
    </w:p>
    <w:p w14:paraId="4A775156" w14:textId="77777777" w:rsidR="00A15008" w:rsidRPr="008659A6" w:rsidRDefault="00A15008" w:rsidP="008659A6">
      <w:pPr>
        <w:pStyle w:val="CaptionCustom"/>
        <w:keepNext/>
        <w:spacing w:line="360" w:lineRule="auto"/>
        <w:jc w:val="both"/>
        <w:rPr>
          <w:rFonts w:ascii="Times New Roman" w:hAnsi="Times New Roman" w:cs="Times New Roman"/>
        </w:rPr>
      </w:pPr>
      <w:r w:rsidRPr="008659A6">
        <w:rPr>
          <w:rFonts w:ascii="Times New Roman" w:hAnsi="Times New Roman" w:cs="Times New Roman"/>
          <w:noProof/>
        </w:rPr>
        <w:lastRenderedPageBreak/>
        <w:drawing>
          <wp:inline distT="0" distB="0" distL="0" distR="0" wp14:anchorId="6AB8A29B" wp14:editId="4842FF28">
            <wp:extent cx="5868219" cy="5658640"/>
            <wp:effectExtent l="0" t="0" r="0" b="0"/>
            <wp:docPr id="13082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8227" name=""/>
                    <pic:cNvPicPr/>
                  </pic:nvPicPr>
                  <pic:blipFill>
                    <a:blip r:embed="rId9"/>
                    <a:stretch>
                      <a:fillRect/>
                    </a:stretch>
                  </pic:blipFill>
                  <pic:spPr>
                    <a:xfrm>
                      <a:off x="0" y="0"/>
                      <a:ext cx="5868219" cy="5658640"/>
                    </a:xfrm>
                    <a:prstGeom prst="rect">
                      <a:avLst/>
                    </a:prstGeom>
                  </pic:spPr>
                </pic:pic>
              </a:graphicData>
            </a:graphic>
          </wp:inline>
        </w:drawing>
      </w:r>
    </w:p>
    <w:p w14:paraId="5E782848" w14:textId="35A527B6" w:rsidR="00A15008" w:rsidRPr="008659A6" w:rsidRDefault="00A15008" w:rsidP="008659A6">
      <w:pPr>
        <w:pStyle w:val="Caption"/>
        <w:spacing w:line="360" w:lineRule="auto"/>
      </w:pPr>
      <w:bookmarkStart w:id="4" w:name="_Toc226579530"/>
      <w:bookmarkStart w:id="5" w:name="_Toc226579583"/>
      <w:r w:rsidRPr="008659A6">
        <w:t xml:space="preserve">Figure </w:t>
      </w:r>
      <w:fldSimple w:instr=" SEQ Figure \* ARABIC ">
        <w:r w:rsidR="008659A6">
          <w:rPr>
            <w:noProof/>
          </w:rPr>
          <w:t>2</w:t>
        </w:r>
      </w:fldSimple>
      <w:r w:rsidRPr="008659A6">
        <w:t xml:space="preserve"> Created Tables: Place, Tag, Person</w:t>
      </w:r>
      <w:bookmarkEnd w:id="4"/>
      <w:bookmarkEnd w:id="5"/>
    </w:p>
    <w:p w14:paraId="42AE3C68" w14:textId="77777777" w:rsidR="00A15008" w:rsidRPr="008659A6" w:rsidRDefault="00A15008" w:rsidP="008659A6"/>
    <w:p w14:paraId="31502AFD" w14:textId="77777777" w:rsidR="00A15008" w:rsidRPr="008659A6" w:rsidRDefault="00A15008" w:rsidP="008659A6">
      <w:r w:rsidRPr="008659A6">
        <w:rPr>
          <w:noProof/>
        </w:rPr>
        <w:lastRenderedPageBreak/>
        <w:drawing>
          <wp:inline distT="0" distB="0" distL="0" distR="0" wp14:anchorId="7056DBF9" wp14:editId="4F41E20E">
            <wp:extent cx="5877745" cy="7278116"/>
            <wp:effectExtent l="0" t="0" r="8890" b="0"/>
            <wp:docPr id="83081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19939" name=""/>
                    <pic:cNvPicPr/>
                  </pic:nvPicPr>
                  <pic:blipFill>
                    <a:blip r:embed="rId10"/>
                    <a:stretch>
                      <a:fillRect/>
                    </a:stretch>
                  </pic:blipFill>
                  <pic:spPr>
                    <a:xfrm>
                      <a:off x="0" y="0"/>
                      <a:ext cx="5877745" cy="7278116"/>
                    </a:xfrm>
                    <a:prstGeom prst="rect">
                      <a:avLst/>
                    </a:prstGeom>
                  </pic:spPr>
                </pic:pic>
              </a:graphicData>
            </a:graphic>
          </wp:inline>
        </w:drawing>
      </w:r>
    </w:p>
    <w:p w14:paraId="6B8DF124" w14:textId="55EE4551" w:rsidR="00A15008" w:rsidRPr="008659A6" w:rsidRDefault="00A15008" w:rsidP="008659A6">
      <w:pPr>
        <w:pStyle w:val="Caption"/>
        <w:spacing w:line="360" w:lineRule="auto"/>
      </w:pPr>
      <w:bookmarkStart w:id="6" w:name="_Toc226579531"/>
      <w:bookmarkStart w:id="7" w:name="_Toc226579584"/>
      <w:r w:rsidRPr="008659A6">
        <w:t xml:space="preserve">Figure </w:t>
      </w:r>
      <w:fldSimple w:instr=" SEQ Figure \* ARABIC ">
        <w:r w:rsidR="008659A6">
          <w:rPr>
            <w:noProof/>
          </w:rPr>
          <w:t>3</w:t>
        </w:r>
      </w:fldSimple>
      <w:r w:rsidRPr="008659A6">
        <w:t xml:space="preserve"> Created Tables: </w:t>
      </w:r>
      <w:proofErr w:type="spellStart"/>
      <w:r w:rsidRPr="008659A6">
        <w:t>historical_event</w:t>
      </w:r>
      <w:proofErr w:type="spellEnd"/>
      <w:r w:rsidRPr="008659A6">
        <w:t xml:space="preserve"> and </w:t>
      </w:r>
      <w:proofErr w:type="spellStart"/>
      <w:r w:rsidRPr="008659A6">
        <w:t>content_entry</w:t>
      </w:r>
      <w:bookmarkEnd w:id="6"/>
      <w:bookmarkEnd w:id="7"/>
      <w:proofErr w:type="spellEnd"/>
    </w:p>
    <w:p w14:paraId="3F68EBFD" w14:textId="77777777" w:rsidR="00A15008" w:rsidRPr="008659A6" w:rsidRDefault="00A15008" w:rsidP="008659A6">
      <w:r w:rsidRPr="008659A6">
        <w:rPr>
          <w:noProof/>
        </w:rPr>
        <w:lastRenderedPageBreak/>
        <w:drawing>
          <wp:inline distT="0" distB="0" distL="0" distR="0" wp14:anchorId="2014A6A5" wp14:editId="3A086289">
            <wp:extent cx="6126480" cy="7660005"/>
            <wp:effectExtent l="0" t="0" r="7620" b="0"/>
            <wp:docPr id="2026705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5811" name=""/>
                    <pic:cNvPicPr/>
                  </pic:nvPicPr>
                  <pic:blipFill>
                    <a:blip r:embed="rId11"/>
                    <a:stretch>
                      <a:fillRect/>
                    </a:stretch>
                  </pic:blipFill>
                  <pic:spPr>
                    <a:xfrm>
                      <a:off x="0" y="0"/>
                      <a:ext cx="6126480" cy="7660005"/>
                    </a:xfrm>
                    <a:prstGeom prst="rect">
                      <a:avLst/>
                    </a:prstGeom>
                  </pic:spPr>
                </pic:pic>
              </a:graphicData>
            </a:graphic>
          </wp:inline>
        </w:drawing>
      </w:r>
    </w:p>
    <w:p w14:paraId="373210C4" w14:textId="7DD50B6C" w:rsidR="00A15008" w:rsidRPr="008659A6" w:rsidRDefault="00A15008" w:rsidP="008659A6">
      <w:pPr>
        <w:pStyle w:val="Caption"/>
        <w:spacing w:line="360" w:lineRule="auto"/>
      </w:pPr>
      <w:bookmarkStart w:id="8" w:name="_Toc226579532"/>
      <w:bookmarkStart w:id="9" w:name="_Toc226579585"/>
      <w:r w:rsidRPr="008659A6">
        <w:t xml:space="preserve">Figure </w:t>
      </w:r>
      <w:fldSimple w:instr=" SEQ Figure \* ARABIC ">
        <w:r w:rsidR="008659A6">
          <w:rPr>
            <w:noProof/>
          </w:rPr>
          <w:t>4</w:t>
        </w:r>
      </w:fldSimple>
      <w:r w:rsidRPr="008659A6">
        <w:t xml:space="preserve"> Created Tables: feedback, </w:t>
      </w:r>
      <w:proofErr w:type="spellStart"/>
      <w:r w:rsidRPr="008659A6">
        <w:t>entry_place</w:t>
      </w:r>
      <w:proofErr w:type="spellEnd"/>
      <w:r w:rsidRPr="008659A6">
        <w:t xml:space="preserve">, </w:t>
      </w:r>
      <w:proofErr w:type="spellStart"/>
      <w:r w:rsidRPr="008659A6">
        <w:t>entry_person</w:t>
      </w:r>
      <w:bookmarkEnd w:id="8"/>
      <w:bookmarkEnd w:id="9"/>
      <w:proofErr w:type="spellEnd"/>
    </w:p>
    <w:p w14:paraId="16BA1077" w14:textId="77777777" w:rsidR="00A15008" w:rsidRPr="008659A6" w:rsidRDefault="00A15008" w:rsidP="008659A6">
      <w:r w:rsidRPr="008659A6">
        <w:rPr>
          <w:noProof/>
        </w:rPr>
        <w:lastRenderedPageBreak/>
        <w:drawing>
          <wp:inline distT="0" distB="0" distL="0" distR="0" wp14:anchorId="7962698D" wp14:editId="21F371BA">
            <wp:extent cx="6126480" cy="7327900"/>
            <wp:effectExtent l="0" t="0" r="7620" b="6350"/>
            <wp:docPr id="215417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17535" name=""/>
                    <pic:cNvPicPr/>
                  </pic:nvPicPr>
                  <pic:blipFill>
                    <a:blip r:embed="rId12"/>
                    <a:stretch>
                      <a:fillRect/>
                    </a:stretch>
                  </pic:blipFill>
                  <pic:spPr>
                    <a:xfrm>
                      <a:off x="0" y="0"/>
                      <a:ext cx="6126480" cy="7327900"/>
                    </a:xfrm>
                    <a:prstGeom prst="rect">
                      <a:avLst/>
                    </a:prstGeom>
                  </pic:spPr>
                </pic:pic>
              </a:graphicData>
            </a:graphic>
          </wp:inline>
        </w:drawing>
      </w:r>
    </w:p>
    <w:p w14:paraId="7B164FDD" w14:textId="07F536B4" w:rsidR="00A15008" w:rsidRPr="008659A6" w:rsidRDefault="00A15008" w:rsidP="008659A6">
      <w:pPr>
        <w:pStyle w:val="Caption"/>
        <w:spacing w:line="360" w:lineRule="auto"/>
      </w:pPr>
      <w:bookmarkStart w:id="10" w:name="_Toc226579533"/>
      <w:bookmarkStart w:id="11" w:name="_Toc226579586"/>
      <w:r w:rsidRPr="008659A6">
        <w:t xml:space="preserve">Figure </w:t>
      </w:r>
      <w:fldSimple w:instr=" SEQ Figure \* ARABIC ">
        <w:r w:rsidR="008659A6">
          <w:rPr>
            <w:noProof/>
          </w:rPr>
          <w:t>5</w:t>
        </w:r>
      </w:fldSimple>
      <w:r w:rsidRPr="008659A6">
        <w:t xml:space="preserve"> Created Tables: </w:t>
      </w:r>
      <w:proofErr w:type="spellStart"/>
      <w:r w:rsidRPr="008659A6">
        <w:t>entry_event</w:t>
      </w:r>
      <w:proofErr w:type="spellEnd"/>
      <w:r w:rsidRPr="008659A6">
        <w:t xml:space="preserve">, </w:t>
      </w:r>
      <w:proofErr w:type="spellStart"/>
      <w:r w:rsidRPr="008659A6">
        <w:t>event_tag</w:t>
      </w:r>
      <w:proofErr w:type="spellEnd"/>
      <w:r w:rsidRPr="008659A6">
        <w:t xml:space="preserve">, </w:t>
      </w:r>
      <w:proofErr w:type="spellStart"/>
      <w:r w:rsidRPr="008659A6">
        <w:t>event_person</w:t>
      </w:r>
      <w:bookmarkEnd w:id="10"/>
      <w:bookmarkEnd w:id="11"/>
      <w:proofErr w:type="spellEnd"/>
    </w:p>
    <w:p w14:paraId="2202B8B0" w14:textId="77777777" w:rsidR="00220FD4" w:rsidRPr="008659A6" w:rsidRDefault="00220FD4" w:rsidP="008659A6">
      <w:r w:rsidRPr="008659A6">
        <w:rPr>
          <w:noProof/>
        </w:rPr>
        <w:lastRenderedPageBreak/>
        <w:drawing>
          <wp:inline distT="0" distB="0" distL="0" distR="0" wp14:anchorId="497D6E06" wp14:editId="539D14B7">
            <wp:extent cx="6126480" cy="3712210"/>
            <wp:effectExtent l="0" t="0" r="7620" b="2540"/>
            <wp:docPr id="18981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2562" name=""/>
                    <pic:cNvPicPr/>
                  </pic:nvPicPr>
                  <pic:blipFill>
                    <a:blip r:embed="rId13"/>
                    <a:stretch>
                      <a:fillRect/>
                    </a:stretch>
                  </pic:blipFill>
                  <pic:spPr>
                    <a:xfrm>
                      <a:off x="0" y="0"/>
                      <a:ext cx="6126480" cy="3712210"/>
                    </a:xfrm>
                    <a:prstGeom prst="rect">
                      <a:avLst/>
                    </a:prstGeom>
                  </pic:spPr>
                </pic:pic>
              </a:graphicData>
            </a:graphic>
          </wp:inline>
        </w:drawing>
      </w:r>
    </w:p>
    <w:p w14:paraId="5D7404E3" w14:textId="228DF16C" w:rsidR="00A15008" w:rsidRPr="008659A6" w:rsidRDefault="00220FD4" w:rsidP="008659A6">
      <w:pPr>
        <w:pStyle w:val="Caption"/>
        <w:spacing w:line="360" w:lineRule="auto"/>
      </w:pPr>
      <w:bookmarkStart w:id="12" w:name="_Toc226579534"/>
      <w:bookmarkStart w:id="13" w:name="_Toc226579587"/>
      <w:r w:rsidRPr="008659A6">
        <w:t xml:space="preserve">Figure </w:t>
      </w:r>
      <w:fldSimple w:instr=" SEQ Figure \* ARABIC ">
        <w:r w:rsidR="008659A6">
          <w:rPr>
            <w:noProof/>
          </w:rPr>
          <w:t>6</w:t>
        </w:r>
      </w:fldSimple>
      <w:r w:rsidRPr="008659A6">
        <w:t xml:space="preserve"> Created Indexes</w:t>
      </w:r>
      <w:bookmarkEnd w:id="12"/>
      <w:bookmarkEnd w:id="13"/>
    </w:p>
    <w:p w14:paraId="46EC6735" w14:textId="77777777" w:rsidR="00734049" w:rsidRPr="008659A6" w:rsidRDefault="00000000" w:rsidP="008659A6">
      <w:r w:rsidRPr="008659A6">
        <w:t>Important robustness features include the password policy check on TEACHER, the numeric mark range check on FEEDBACK, the NOT NULL and UNIQUE constraints on identity fields, and the content-entry check that prevents empty submissions.</w:t>
      </w:r>
    </w:p>
    <w:p w14:paraId="3F1AB292" w14:textId="77777777" w:rsidR="00672671" w:rsidRPr="008659A6" w:rsidRDefault="00672671" w:rsidP="008659A6"/>
    <w:p w14:paraId="764047EC" w14:textId="77777777" w:rsidR="00734049" w:rsidRPr="008659A6" w:rsidRDefault="004160A7" w:rsidP="008659A6">
      <w:pPr>
        <w:pStyle w:val="Heading2"/>
      </w:pPr>
      <w:bookmarkStart w:id="14" w:name="_Toc226579520"/>
      <w:r w:rsidRPr="008659A6">
        <w:t>2.2 Insertion Plan and Test Data Strategy</w:t>
      </w:r>
      <w:bookmarkEnd w:id="14"/>
    </w:p>
    <w:p w14:paraId="1B14299D" w14:textId="77777777" w:rsidR="00734049" w:rsidRPr="008659A6" w:rsidRDefault="00000000" w:rsidP="008659A6">
      <w:r w:rsidRPr="008659A6">
        <w:t>A correct insertion order is essential because the schema contains several foreign-key dependencies. The loading plan used in this report is shown below.</w:t>
      </w:r>
    </w:p>
    <w:p w14:paraId="2AEDC7D1" w14:textId="77777777" w:rsidR="00672671" w:rsidRPr="008659A6" w:rsidRDefault="00672671" w:rsidP="008659A6"/>
    <w:tbl>
      <w:tblPr>
        <w:tblStyle w:val="TableGrid"/>
        <w:tblW w:w="0" w:type="auto"/>
        <w:tblLook w:val="04A0" w:firstRow="1" w:lastRow="0" w:firstColumn="1" w:lastColumn="0" w:noHBand="0" w:noVBand="1"/>
      </w:tblPr>
      <w:tblGrid>
        <w:gridCol w:w="3216"/>
        <w:gridCol w:w="3216"/>
        <w:gridCol w:w="3216"/>
      </w:tblGrid>
      <w:tr w:rsidR="00734049" w:rsidRPr="008659A6" w14:paraId="29E9DCF5" w14:textId="77777777">
        <w:tc>
          <w:tcPr>
            <w:tcW w:w="3216" w:type="dxa"/>
            <w:shd w:val="clear" w:color="auto" w:fill="1D4ED8"/>
            <w:vAlign w:val="center"/>
          </w:tcPr>
          <w:p w14:paraId="6F8D2FB1" w14:textId="77777777" w:rsidR="00734049" w:rsidRPr="008659A6" w:rsidRDefault="00000000" w:rsidP="008659A6">
            <w:r w:rsidRPr="008659A6">
              <w:t>Step</w:t>
            </w:r>
          </w:p>
        </w:tc>
        <w:tc>
          <w:tcPr>
            <w:tcW w:w="3216" w:type="dxa"/>
            <w:shd w:val="clear" w:color="auto" w:fill="1D4ED8"/>
            <w:vAlign w:val="center"/>
          </w:tcPr>
          <w:p w14:paraId="166B9A55" w14:textId="77777777" w:rsidR="00734049" w:rsidRPr="008659A6" w:rsidRDefault="00000000" w:rsidP="008659A6">
            <w:r w:rsidRPr="008659A6">
              <w:t>Tables</w:t>
            </w:r>
          </w:p>
        </w:tc>
        <w:tc>
          <w:tcPr>
            <w:tcW w:w="3216" w:type="dxa"/>
            <w:shd w:val="clear" w:color="auto" w:fill="1D4ED8"/>
            <w:vAlign w:val="center"/>
          </w:tcPr>
          <w:p w14:paraId="390C5A1D" w14:textId="77777777" w:rsidR="00734049" w:rsidRPr="008659A6" w:rsidRDefault="00000000" w:rsidP="008659A6">
            <w:r w:rsidRPr="008659A6">
              <w:t>Reason</w:t>
            </w:r>
          </w:p>
        </w:tc>
      </w:tr>
      <w:tr w:rsidR="00734049" w:rsidRPr="008659A6" w14:paraId="1EF7178B" w14:textId="77777777">
        <w:tc>
          <w:tcPr>
            <w:tcW w:w="3216" w:type="dxa"/>
            <w:shd w:val="clear" w:color="auto" w:fill="F8FAFC"/>
            <w:vAlign w:val="center"/>
          </w:tcPr>
          <w:p w14:paraId="0BCE755B" w14:textId="77777777" w:rsidR="00734049" w:rsidRPr="008659A6" w:rsidRDefault="00000000" w:rsidP="008659A6">
            <w:r w:rsidRPr="008659A6">
              <w:t>1</w:t>
            </w:r>
          </w:p>
        </w:tc>
        <w:tc>
          <w:tcPr>
            <w:tcW w:w="3216" w:type="dxa"/>
            <w:shd w:val="clear" w:color="auto" w:fill="F8FAFC"/>
            <w:vAlign w:val="center"/>
          </w:tcPr>
          <w:p w14:paraId="0A78C914" w14:textId="77777777" w:rsidR="00734049" w:rsidRPr="008659A6" w:rsidRDefault="00000000" w:rsidP="008659A6">
            <w:r w:rsidRPr="008659A6">
              <w:t>TEACHER, PLACE, TAG</w:t>
            </w:r>
          </w:p>
        </w:tc>
        <w:tc>
          <w:tcPr>
            <w:tcW w:w="3216" w:type="dxa"/>
            <w:shd w:val="clear" w:color="auto" w:fill="F8FAFC"/>
            <w:vAlign w:val="center"/>
          </w:tcPr>
          <w:p w14:paraId="56C6AD66" w14:textId="77777777" w:rsidR="00734049" w:rsidRPr="008659A6" w:rsidRDefault="00000000" w:rsidP="008659A6">
            <w:r w:rsidRPr="008659A6">
              <w:t>Independent parent/reference tables with no incoming foreign keys.</w:t>
            </w:r>
          </w:p>
        </w:tc>
      </w:tr>
      <w:tr w:rsidR="00734049" w:rsidRPr="008659A6" w14:paraId="3C4786D1" w14:textId="77777777">
        <w:tc>
          <w:tcPr>
            <w:tcW w:w="3216" w:type="dxa"/>
            <w:shd w:val="clear" w:color="auto" w:fill="FFFFFF"/>
            <w:vAlign w:val="center"/>
          </w:tcPr>
          <w:p w14:paraId="084F0225" w14:textId="77777777" w:rsidR="00734049" w:rsidRPr="008659A6" w:rsidRDefault="00000000" w:rsidP="008659A6">
            <w:r w:rsidRPr="008659A6">
              <w:t>2</w:t>
            </w:r>
          </w:p>
        </w:tc>
        <w:tc>
          <w:tcPr>
            <w:tcW w:w="3216" w:type="dxa"/>
            <w:shd w:val="clear" w:color="auto" w:fill="FFFFFF"/>
            <w:vAlign w:val="center"/>
          </w:tcPr>
          <w:p w14:paraId="5A120654" w14:textId="77777777" w:rsidR="00734049" w:rsidRPr="008659A6" w:rsidRDefault="00000000" w:rsidP="008659A6">
            <w:r w:rsidRPr="008659A6">
              <w:t>COURSE, PERSON, HISTORICAL_EVENT</w:t>
            </w:r>
          </w:p>
        </w:tc>
        <w:tc>
          <w:tcPr>
            <w:tcW w:w="3216" w:type="dxa"/>
            <w:shd w:val="clear" w:color="auto" w:fill="FFFFFF"/>
            <w:vAlign w:val="center"/>
          </w:tcPr>
          <w:p w14:paraId="0089A9E6" w14:textId="77777777" w:rsidR="00734049" w:rsidRPr="008659A6" w:rsidRDefault="00000000" w:rsidP="008659A6">
            <w:r w:rsidRPr="008659A6">
              <w:t>These depend on TEACHER or PLACE.</w:t>
            </w:r>
          </w:p>
        </w:tc>
      </w:tr>
      <w:tr w:rsidR="00734049" w:rsidRPr="008659A6" w14:paraId="1F81EC1E" w14:textId="77777777">
        <w:tc>
          <w:tcPr>
            <w:tcW w:w="3216" w:type="dxa"/>
            <w:shd w:val="clear" w:color="auto" w:fill="F8FAFC"/>
            <w:vAlign w:val="center"/>
          </w:tcPr>
          <w:p w14:paraId="1F0BC47D" w14:textId="77777777" w:rsidR="00734049" w:rsidRPr="008659A6" w:rsidRDefault="00000000" w:rsidP="008659A6">
            <w:r w:rsidRPr="008659A6">
              <w:lastRenderedPageBreak/>
              <w:t>3</w:t>
            </w:r>
          </w:p>
        </w:tc>
        <w:tc>
          <w:tcPr>
            <w:tcW w:w="3216" w:type="dxa"/>
            <w:shd w:val="clear" w:color="auto" w:fill="F8FAFC"/>
            <w:vAlign w:val="center"/>
          </w:tcPr>
          <w:p w14:paraId="217DB612" w14:textId="77777777" w:rsidR="00734049" w:rsidRPr="008659A6" w:rsidRDefault="00000000" w:rsidP="008659A6">
            <w:r w:rsidRPr="008659A6">
              <w:t>STUDENT</w:t>
            </w:r>
          </w:p>
        </w:tc>
        <w:tc>
          <w:tcPr>
            <w:tcW w:w="3216" w:type="dxa"/>
            <w:shd w:val="clear" w:color="auto" w:fill="F8FAFC"/>
            <w:vAlign w:val="center"/>
          </w:tcPr>
          <w:p w14:paraId="6EBE8F07" w14:textId="77777777" w:rsidR="00734049" w:rsidRPr="008659A6" w:rsidRDefault="00000000" w:rsidP="008659A6">
            <w:r w:rsidRPr="008659A6">
              <w:t>Depends on COURSE.</w:t>
            </w:r>
          </w:p>
        </w:tc>
      </w:tr>
      <w:tr w:rsidR="00734049" w:rsidRPr="008659A6" w14:paraId="216BD829" w14:textId="77777777">
        <w:tc>
          <w:tcPr>
            <w:tcW w:w="3216" w:type="dxa"/>
            <w:shd w:val="clear" w:color="auto" w:fill="FFFFFF"/>
            <w:vAlign w:val="center"/>
          </w:tcPr>
          <w:p w14:paraId="564BF604" w14:textId="77777777" w:rsidR="00734049" w:rsidRPr="008659A6" w:rsidRDefault="00000000" w:rsidP="008659A6">
            <w:r w:rsidRPr="008659A6">
              <w:t>4</w:t>
            </w:r>
          </w:p>
        </w:tc>
        <w:tc>
          <w:tcPr>
            <w:tcW w:w="3216" w:type="dxa"/>
            <w:shd w:val="clear" w:color="auto" w:fill="FFFFFF"/>
            <w:vAlign w:val="center"/>
          </w:tcPr>
          <w:p w14:paraId="3B29DD5B" w14:textId="77777777" w:rsidR="00734049" w:rsidRPr="008659A6" w:rsidRDefault="00000000" w:rsidP="008659A6">
            <w:r w:rsidRPr="008659A6">
              <w:t>CONTENT_ENTRY</w:t>
            </w:r>
          </w:p>
        </w:tc>
        <w:tc>
          <w:tcPr>
            <w:tcW w:w="3216" w:type="dxa"/>
            <w:shd w:val="clear" w:color="auto" w:fill="FFFFFF"/>
            <w:vAlign w:val="center"/>
          </w:tcPr>
          <w:p w14:paraId="501DC719" w14:textId="77777777" w:rsidR="00734049" w:rsidRPr="008659A6" w:rsidRDefault="00000000" w:rsidP="008659A6">
            <w:r w:rsidRPr="008659A6">
              <w:t>Depends on STUDENT and COURSE.</w:t>
            </w:r>
          </w:p>
        </w:tc>
      </w:tr>
      <w:tr w:rsidR="00734049" w:rsidRPr="008659A6" w14:paraId="54F94170" w14:textId="77777777">
        <w:tc>
          <w:tcPr>
            <w:tcW w:w="3216" w:type="dxa"/>
            <w:shd w:val="clear" w:color="auto" w:fill="F8FAFC"/>
            <w:vAlign w:val="center"/>
          </w:tcPr>
          <w:p w14:paraId="41505AB6" w14:textId="77777777" w:rsidR="00734049" w:rsidRPr="008659A6" w:rsidRDefault="00000000" w:rsidP="008659A6">
            <w:r w:rsidRPr="008659A6">
              <w:t>5</w:t>
            </w:r>
          </w:p>
        </w:tc>
        <w:tc>
          <w:tcPr>
            <w:tcW w:w="3216" w:type="dxa"/>
            <w:shd w:val="clear" w:color="auto" w:fill="F8FAFC"/>
            <w:vAlign w:val="center"/>
          </w:tcPr>
          <w:p w14:paraId="42B4CC56" w14:textId="77777777" w:rsidR="00734049" w:rsidRPr="008659A6" w:rsidRDefault="00000000" w:rsidP="008659A6">
            <w:r w:rsidRPr="008659A6">
              <w:t>ENTRY_PLACE, ENTRY_PERSON, ENTRY_EVENT, ENTRY_TAG, EVENT_PERSON</w:t>
            </w:r>
          </w:p>
        </w:tc>
        <w:tc>
          <w:tcPr>
            <w:tcW w:w="3216" w:type="dxa"/>
            <w:shd w:val="clear" w:color="auto" w:fill="F8FAFC"/>
            <w:vAlign w:val="center"/>
          </w:tcPr>
          <w:p w14:paraId="2D0FDF60" w14:textId="77777777" w:rsidR="00734049" w:rsidRPr="008659A6" w:rsidRDefault="00000000" w:rsidP="008659A6">
            <w:r w:rsidRPr="008659A6">
              <w:t>Associative tables depend on previously inserted parent rows.</w:t>
            </w:r>
          </w:p>
        </w:tc>
      </w:tr>
      <w:tr w:rsidR="00734049" w:rsidRPr="008659A6" w14:paraId="5B474D96" w14:textId="77777777">
        <w:tc>
          <w:tcPr>
            <w:tcW w:w="3216" w:type="dxa"/>
            <w:shd w:val="clear" w:color="auto" w:fill="FFFFFF"/>
            <w:vAlign w:val="center"/>
          </w:tcPr>
          <w:p w14:paraId="79503E2D" w14:textId="77777777" w:rsidR="00734049" w:rsidRPr="008659A6" w:rsidRDefault="00000000" w:rsidP="008659A6">
            <w:r w:rsidRPr="008659A6">
              <w:t>6</w:t>
            </w:r>
          </w:p>
        </w:tc>
        <w:tc>
          <w:tcPr>
            <w:tcW w:w="3216" w:type="dxa"/>
            <w:shd w:val="clear" w:color="auto" w:fill="FFFFFF"/>
            <w:vAlign w:val="center"/>
          </w:tcPr>
          <w:p w14:paraId="166E320C" w14:textId="77777777" w:rsidR="00734049" w:rsidRPr="008659A6" w:rsidRDefault="00000000" w:rsidP="008659A6">
            <w:r w:rsidRPr="008659A6">
              <w:t>FEEDBACK</w:t>
            </w:r>
          </w:p>
        </w:tc>
        <w:tc>
          <w:tcPr>
            <w:tcW w:w="3216" w:type="dxa"/>
            <w:shd w:val="clear" w:color="auto" w:fill="FFFFFF"/>
            <w:vAlign w:val="center"/>
          </w:tcPr>
          <w:p w14:paraId="1C82A6D7" w14:textId="77777777" w:rsidR="00734049" w:rsidRPr="008659A6" w:rsidRDefault="00000000" w:rsidP="008659A6">
            <w:r w:rsidRPr="008659A6">
              <w:t>Depends on CONTENT_ENTRY and is loaded last because it represents teacher review.</w:t>
            </w:r>
          </w:p>
        </w:tc>
      </w:tr>
    </w:tbl>
    <w:p w14:paraId="25C550BC" w14:textId="77777777" w:rsidR="009149F4" w:rsidRPr="008659A6" w:rsidRDefault="009149F4" w:rsidP="008659A6">
      <w:r w:rsidRPr="008659A6">
        <w:t xml:space="preserve">To illustrate, the core tables were filled with at least ten rows and the junction tables were filled with the necessary </w:t>
      </w:r>
      <w:proofErr w:type="gramStart"/>
      <w:r w:rsidRPr="008659A6">
        <w:t>amount</w:t>
      </w:r>
      <w:proofErr w:type="gramEnd"/>
      <w:r w:rsidRPr="008659A6">
        <w:t xml:space="preserve"> of records to demonstrate the chosen queries. The dataset was purposely created to have overlapping places, people and events to ensure that joins, grouping and subqueries yield non-trivial results.</w:t>
      </w:r>
    </w:p>
    <w:p w14:paraId="1F3F1623" w14:textId="1DB70CD9" w:rsidR="00672671" w:rsidRPr="008659A6" w:rsidRDefault="009149F4" w:rsidP="008659A6">
      <w:r w:rsidRPr="008659A6">
        <w:t xml:space="preserve">Identity-style rows with names of teachers, student login numbers, email addresses and text of feedback were initially pre-generated in an online data-generation workflow, then hand-curated to ensure that the resulting dataset was historically coherent. </w:t>
      </w:r>
      <w:proofErr w:type="gramStart"/>
      <w:r w:rsidRPr="008659A6">
        <w:t>This curations</w:t>
      </w:r>
      <w:proofErr w:type="gramEnd"/>
      <w:r w:rsidRPr="008659A6">
        <w:t xml:space="preserve"> was required since the queries chosen rely on significant overlaps between individuals, locations, events and tags as opposed to random values.</w:t>
      </w:r>
    </w:p>
    <w:p w14:paraId="25F469A7" w14:textId="77777777" w:rsidR="00220FD4" w:rsidRPr="008659A6" w:rsidRDefault="00220FD4" w:rsidP="008659A6">
      <w:r w:rsidRPr="008659A6">
        <w:rPr>
          <w:noProof/>
        </w:rPr>
        <w:lastRenderedPageBreak/>
        <w:drawing>
          <wp:inline distT="0" distB="0" distL="0" distR="0" wp14:anchorId="2101E02C" wp14:editId="708F6ACA">
            <wp:extent cx="6126480" cy="7501255"/>
            <wp:effectExtent l="0" t="0" r="7620" b="4445"/>
            <wp:docPr id="814879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79449" name=""/>
                    <pic:cNvPicPr/>
                  </pic:nvPicPr>
                  <pic:blipFill>
                    <a:blip r:embed="rId14"/>
                    <a:stretch>
                      <a:fillRect/>
                    </a:stretch>
                  </pic:blipFill>
                  <pic:spPr>
                    <a:xfrm>
                      <a:off x="0" y="0"/>
                      <a:ext cx="6126480" cy="7501255"/>
                    </a:xfrm>
                    <a:prstGeom prst="rect">
                      <a:avLst/>
                    </a:prstGeom>
                  </pic:spPr>
                </pic:pic>
              </a:graphicData>
            </a:graphic>
          </wp:inline>
        </w:drawing>
      </w:r>
    </w:p>
    <w:p w14:paraId="2C85E3F1" w14:textId="4B990124" w:rsidR="00734049" w:rsidRPr="008659A6" w:rsidRDefault="00220FD4" w:rsidP="008659A6">
      <w:pPr>
        <w:pStyle w:val="Caption"/>
        <w:spacing w:line="360" w:lineRule="auto"/>
      </w:pPr>
      <w:bookmarkStart w:id="15" w:name="_Toc226579535"/>
      <w:bookmarkStart w:id="16" w:name="_Toc226579588"/>
      <w:r w:rsidRPr="008659A6">
        <w:t xml:space="preserve">Figure </w:t>
      </w:r>
      <w:fldSimple w:instr=" SEQ Figure \* ARABIC ">
        <w:r w:rsidR="008659A6">
          <w:rPr>
            <w:noProof/>
          </w:rPr>
          <w:t>7</w:t>
        </w:r>
      </w:fldSimple>
      <w:r w:rsidRPr="008659A6">
        <w:t xml:space="preserve"> Inserted values into teacher, course, student</w:t>
      </w:r>
      <w:bookmarkEnd w:id="15"/>
      <w:bookmarkEnd w:id="16"/>
    </w:p>
    <w:p w14:paraId="278657D7" w14:textId="77777777" w:rsidR="00220FD4" w:rsidRPr="008659A6" w:rsidRDefault="00220FD4" w:rsidP="008659A6">
      <w:r w:rsidRPr="008659A6">
        <w:rPr>
          <w:noProof/>
        </w:rPr>
        <w:lastRenderedPageBreak/>
        <w:drawing>
          <wp:inline distT="0" distB="0" distL="0" distR="0" wp14:anchorId="0F4B5FDA" wp14:editId="59A8F5FA">
            <wp:extent cx="6123940" cy="8595360"/>
            <wp:effectExtent l="0" t="0" r="0" b="0"/>
            <wp:docPr id="165209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97632" name=""/>
                    <pic:cNvPicPr/>
                  </pic:nvPicPr>
                  <pic:blipFill>
                    <a:blip r:embed="rId15"/>
                    <a:stretch>
                      <a:fillRect/>
                    </a:stretch>
                  </pic:blipFill>
                  <pic:spPr>
                    <a:xfrm>
                      <a:off x="0" y="0"/>
                      <a:ext cx="6123940" cy="8595360"/>
                    </a:xfrm>
                    <a:prstGeom prst="rect">
                      <a:avLst/>
                    </a:prstGeom>
                  </pic:spPr>
                </pic:pic>
              </a:graphicData>
            </a:graphic>
          </wp:inline>
        </w:drawing>
      </w:r>
    </w:p>
    <w:p w14:paraId="67E48AED" w14:textId="0F26495A" w:rsidR="00220FD4" w:rsidRPr="008659A6" w:rsidRDefault="00220FD4" w:rsidP="008659A6">
      <w:pPr>
        <w:pStyle w:val="Caption"/>
        <w:spacing w:line="360" w:lineRule="auto"/>
      </w:pPr>
      <w:bookmarkStart w:id="17" w:name="_Toc226579536"/>
      <w:bookmarkStart w:id="18" w:name="_Toc226579589"/>
      <w:r w:rsidRPr="008659A6">
        <w:lastRenderedPageBreak/>
        <w:t xml:space="preserve">Figure </w:t>
      </w:r>
      <w:fldSimple w:instr=" SEQ Figure \* ARABIC ">
        <w:r w:rsidR="008659A6">
          <w:rPr>
            <w:noProof/>
          </w:rPr>
          <w:t>8</w:t>
        </w:r>
      </w:fldSimple>
      <w:r w:rsidRPr="008659A6">
        <w:t xml:space="preserve"> Inserted Values into place, tag, person</w:t>
      </w:r>
      <w:bookmarkEnd w:id="17"/>
      <w:bookmarkEnd w:id="18"/>
    </w:p>
    <w:p w14:paraId="45B28C4D" w14:textId="77777777" w:rsidR="007754B8" w:rsidRPr="008659A6" w:rsidRDefault="007754B8" w:rsidP="008659A6">
      <w:r w:rsidRPr="008659A6">
        <w:rPr>
          <w:noProof/>
        </w:rPr>
        <w:drawing>
          <wp:inline distT="0" distB="0" distL="0" distR="0" wp14:anchorId="78DB75D8" wp14:editId="32C3DBFE">
            <wp:extent cx="6126480" cy="3558540"/>
            <wp:effectExtent l="0" t="0" r="7620" b="3810"/>
            <wp:docPr id="90439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91752" name=""/>
                    <pic:cNvPicPr/>
                  </pic:nvPicPr>
                  <pic:blipFill>
                    <a:blip r:embed="rId16"/>
                    <a:stretch>
                      <a:fillRect/>
                    </a:stretch>
                  </pic:blipFill>
                  <pic:spPr>
                    <a:xfrm>
                      <a:off x="0" y="0"/>
                      <a:ext cx="6126480" cy="3558540"/>
                    </a:xfrm>
                    <a:prstGeom prst="rect">
                      <a:avLst/>
                    </a:prstGeom>
                  </pic:spPr>
                </pic:pic>
              </a:graphicData>
            </a:graphic>
          </wp:inline>
        </w:drawing>
      </w:r>
    </w:p>
    <w:p w14:paraId="6DBD3685" w14:textId="1F9DF00B" w:rsidR="007754B8" w:rsidRPr="008659A6" w:rsidRDefault="007754B8" w:rsidP="008659A6">
      <w:pPr>
        <w:pStyle w:val="Caption"/>
        <w:spacing w:line="360" w:lineRule="auto"/>
      </w:pPr>
      <w:bookmarkStart w:id="19" w:name="_Toc226579537"/>
      <w:bookmarkStart w:id="20" w:name="_Toc226579590"/>
      <w:r w:rsidRPr="008659A6">
        <w:t xml:space="preserve">Figure </w:t>
      </w:r>
      <w:fldSimple w:instr=" SEQ Figure \* ARABIC ">
        <w:r w:rsidR="008659A6">
          <w:rPr>
            <w:noProof/>
          </w:rPr>
          <w:t>9</w:t>
        </w:r>
      </w:fldSimple>
      <w:r w:rsidRPr="008659A6">
        <w:t xml:space="preserve"> Inserted values into </w:t>
      </w:r>
      <w:proofErr w:type="spellStart"/>
      <w:r w:rsidRPr="008659A6">
        <w:t>historical_event</w:t>
      </w:r>
      <w:proofErr w:type="spellEnd"/>
      <w:r w:rsidRPr="008659A6">
        <w:t xml:space="preserve">, </w:t>
      </w:r>
      <w:proofErr w:type="spellStart"/>
      <w:r w:rsidRPr="008659A6">
        <w:t>content_entry</w:t>
      </w:r>
      <w:proofErr w:type="spellEnd"/>
      <w:r w:rsidRPr="008659A6">
        <w:t xml:space="preserve"> and feedback</w:t>
      </w:r>
      <w:bookmarkEnd w:id="19"/>
      <w:bookmarkEnd w:id="20"/>
    </w:p>
    <w:p w14:paraId="0EE17046" w14:textId="77777777" w:rsidR="007754B8" w:rsidRPr="008659A6" w:rsidRDefault="007754B8" w:rsidP="008659A6">
      <w:r w:rsidRPr="008659A6">
        <w:rPr>
          <w:noProof/>
        </w:rPr>
        <w:lastRenderedPageBreak/>
        <w:drawing>
          <wp:inline distT="0" distB="0" distL="0" distR="0" wp14:anchorId="0D5985F0" wp14:editId="1358C39C">
            <wp:extent cx="6126480" cy="8441055"/>
            <wp:effectExtent l="0" t="0" r="7620" b="0"/>
            <wp:docPr id="132400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03687" name=""/>
                    <pic:cNvPicPr/>
                  </pic:nvPicPr>
                  <pic:blipFill>
                    <a:blip r:embed="rId17"/>
                    <a:stretch>
                      <a:fillRect/>
                    </a:stretch>
                  </pic:blipFill>
                  <pic:spPr>
                    <a:xfrm>
                      <a:off x="0" y="0"/>
                      <a:ext cx="6126480" cy="8441055"/>
                    </a:xfrm>
                    <a:prstGeom prst="rect">
                      <a:avLst/>
                    </a:prstGeom>
                  </pic:spPr>
                </pic:pic>
              </a:graphicData>
            </a:graphic>
          </wp:inline>
        </w:drawing>
      </w:r>
    </w:p>
    <w:p w14:paraId="799CECBE" w14:textId="750F2BBC" w:rsidR="007754B8" w:rsidRPr="008659A6" w:rsidRDefault="007754B8" w:rsidP="008659A6">
      <w:pPr>
        <w:pStyle w:val="Caption"/>
        <w:spacing w:line="360" w:lineRule="auto"/>
      </w:pPr>
      <w:bookmarkStart w:id="21" w:name="_Toc226579538"/>
      <w:bookmarkStart w:id="22" w:name="_Toc226579591"/>
      <w:r w:rsidRPr="008659A6">
        <w:lastRenderedPageBreak/>
        <w:t xml:space="preserve">Figure </w:t>
      </w:r>
      <w:fldSimple w:instr=" SEQ Figure \* ARABIC ">
        <w:r w:rsidR="008659A6">
          <w:rPr>
            <w:noProof/>
          </w:rPr>
          <w:t>10</w:t>
        </w:r>
      </w:fldSimple>
      <w:r w:rsidRPr="008659A6">
        <w:t xml:space="preserve"> Inserted values into </w:t>
      </w:r>
      <w:proofErr w:type="spellStart"/>
      <w:r w:rsidRPr="008659A6">
        <w:t>entry_place</w:t>
      </w:r>
      <w:proofErr w:type="spellEnd"/>
      <w:r w:rsidRPr="008659A6">
        <w:t xml:space="preserve">, </w:t>
      </w:r>
      <w:proofErr w:type="spellStart"/>
      <w:r w:rsidRPr="008659A6">
        <w:t>entry_person</w:t>
      </w:r>
      <w:proofErr w:type="spellEnd"/>
      <w:r w:rsidRPr="008659A6">
        <w:t xml:space="preserve"> and </w:t>
      </w:r>
      <w:proofErr w:type="spellStart"/>
      <w:r w:rsidRPr="008659A6">
        <w:t>entry_event</w:t>
      </w:r>
      <w:bookmarkEnd w:id="21"/>
      <w:bookmarkEnd w:id="22"/>
      <w:proofErr w:type="spellEnd"/>
    </w:p>
    <w:p w14:paraId="14332186" w14:textId="77777777" w:rsidR="007754B8" w:rsidRPr="008659A6" w:rsidRDefault="007754B8" w:rsidP="008659A6">
      <w:r w:rsidRPr="008659A6">
        <w:rPr>
          <w:noProof/>
        </w:rPr>
        <w:drawing>
          <wp:inline distT="0" distB="0" distL="0" distR="0" wp14:anchorId="5698C084" wp14:editId="3D1E7679">
            <wp:extent cx="5668166" cy="6496957"/>
            <wp:effectExtent l="0" t="0" r="8890" b="0"/>
            <wp:docPr id="480011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1151" name=""/>
                    <pic:cNvPicPr/>
                  </pic:nvPicPr>
                  <pic:blipFill>
                    <a:blip r:embed="rId18"/>
                    <a:stretch>
                      <a:fillRect/>
                    </a:stretch>
                  </pic:blipFill>
                  <pic:spPr>
                    <a:xfrm>
                      <a:off x="0" y="0"/>
                      <a:ext cx="5668166" cy="6496957"/>
                    </a:xfrm>
                    <a:prstGeom prst="rect">
                      <a:avLst/>
                    </a:prstGeom>
                  </pic:spPr>
                </pic:pic>
              </a:graphicData>
            </a:graphic>
          </wp:inline>
        </w:drawing>
      </w:r>
    </w:p>
    <w:p w14:paraId="0899C5C2" w14:textId="397957B1" w:rsidR="007754B8" w:rsidRPr="008659A6" w:rsidRDefault="007754B8" w:rsidP="008659A6">
      <w:pPr>
        <w:pStyle w:val="Caption"/>
        <w:spacing w:line="360" w:lineRule="auto"/>
      </w:pPr>
      <w:bookmarkStart w:id="23" w:name="_Toc226579539"/>
      <w:bookmarkStart w:id="24" w:name="_Toc226579592"/>
      <w:r w:rsidRPr="008659A6">
        <w:t xml:space="preserve">Figure </w:t>
      </w:r>
      <w:fldSimple w:instr=" SEQ Figure \* ARABIC ">
        <w:r w:rsidR="008659A6">
          <w:rPr>
            <w:noProof/>
          </w:rPr>
          <w:t>11</w:t>
        </w:r>
      </w:fldSimple>
      <w:r w:rsidRPr="008659A6">
        <w:t xml:space="preserve"> Inserted values into </w:t>
      </w:r>
      <w:proofErr w:type="spellStart"/>
      <w:r w:rsidRPr="008659A6">
        <w:t>entry_tag</w:t>
      </w:r>
      <w:proofErr w:type="spellEnd"/>
      <w:r w:rsidRPr="008659A6">
        <w:t xml:space="preserve"> and </w:t>
      </w:r>
      <w:proofErr w:type="spellStart"/>
      <w:r w:rsidRPr="008659A6">
        <w:t>entry_person</w:t>
      </w:r>
      <w:bookmarkEnd w:id="23"/>
      <w:bookmarkEnd w:id="24"/>
      <w:proofErr w:type="spellEnd"/>
    </w:p>
    <w:p w14:paraId="0E44602C" w14:textId="77777777" w:rsidR="007754B8" w:rsidRPr="008659A6" w:rsidRDefault="007754B8" w:rsidP="008659A6"/>
    <w:p w14:paraId="702A3067" w14:textId="77777777" w:rsidR="00734049" w:rsidRPr="008659A6" w:rsidRDefault="00734049" w:rsidP="008659A6">
      <w:pPr>
        <w:pStyle w:val="CaptionCustom"/>
        <w:spacing w:line="36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4824"/>
        <w:gridCol w:w="4824"/>
      </w:tblGrid>
      <w:tr w:rsidR="00734049" w:rsidRPr="008659A6" w14:paraId="2CE2F24A" w14:textId="77777777">
        <w:tc>
          <w:tcPr>
            <w:tcW w:w="4824" w:type="dxa"/>
            <w:shd w:val="clear" w:color="auto" w:fill="1D4ED8"/>
            <w:vAlign w:val="center"/>
          </w:tcPr>
          <w:p w14:paraId="1D8FD702" w14:textId="77777777" w:rsidR="00734049" w:rsidRPr="008659A6" w:rsidRDefault="00000000" w:rsidP="008659A6">
            <w:r w:rsidRPr="008659A6">
              <w:t>Table</w:t>
            </w:r>
          </w:p>
        </w:tc>
        <w:tc>
          <w:tcPr>
            <w:tcW w:w="4824" w:type="dxa"/>
            <w:shd w:val="clear" w:color="auto" w:fill="1D4ED8"/>
            <w:vAlign w:val="center"/>
          </w:tcPr>
          <w:p w14:paraId="3238174F" w14:textId="77777777" w:rsidR="00734049" w:rsidRPr="008659A6" w:rsidRDefault="00000000" w:rsidP="008659A6">
            <w:r w:rsidRPr="008659A6">
              <w:t>Record Count</w:t>
            </w:r>
          </w:p>
        </w:tc>
      </w:tr>
      <w:tr w:rsidR="00734049" w:rsidRPr="008659A6" w14:paraId="3AE8B0F7" w14:textId="77777777">
        <w:tc>
          <w:tcPr>
            <w:tcW w:w="4824" w:type="dxa"/>
            <w:vAlign w:val="center"/>
          </w:tcPr>
          <w:p w14:paraId="1975CA64" w14:textId="77777777" w:rsidR="00734049" w:rsidRPr="008659A6" w:rsidRDefault="00000000" w:rsidP="008659A6">
            <w:r w:rsidRPr="008659A6">
              <w:t>TEACHER</w:t>
            </w:r>
          </w:p>
        </w:tc>
        <w:tc>
          <w:tcPr>
            <w:tcW w:w="4824" w:type="dxa"/>
            <w:vAlign w:val="center"/>
          </w:tcPr>
          <w:p w14:paraId="56E21912" w14:textId="77777777" w:rsidR="00734049" w:rsidRPr="008659A6" w:rsidRDefault="00000000" w:rsidP="008659A6">
            <w:r w:rsidRPr="008659A6">
              <w:t>10</w:t>
            </w:r>
          </w:p>
        </w:tc>
      </w:tr>
      <w:tr w:rsidR="00734049" w:rsidRPr="008659A6" w14:paraId="77C054AB" w14:textId="77777777">
        <w:tc>
          <w:tcPr>
            <w:tcW w:w="4824" w:type="dxa"/>
            <w:vAlign w:val="center"/>
          </w:tcPr>
          <w:p w14:paraId="0BD9BD04" w14:textId="77777777" w:rsidR="00734049" w:rsidRPr="008659A6" w:rsidRDefault="00000000" w:rsidP="008659A6">
            <w:r w:rsidRPr="008659A6">
              <w:lastRenderedPageBreak/>
              <w:t>COURSE</w:t>
            </w:r>
          </w:p>
        </w:tc>
        <w:tc>
          <w:tcPr>
            <w:tcW w:w="4824" w:type="dxa"/>
            <w:vAlign w:val="center"/>
          </w:tcPr>
          <w:p w14:paraId="3B34E84B" w14:textId="77777777" w:rsidR="00734049" w:rsidRPr="008659A6" w:rsidRDefault="00000000" w:rsidP="008659A6">
            <w:r w:rsidRPr="008659A6">
              <w:t>10</w:t>
            </w:r>
          </w:p>
        </w:tc>
      </w:tr>
      <w:tr w:rsidR="00734049" w:rsidRPr="008659A6" w14:paraId="13ED9AB8" w14:textId="77777777">
        <w:tc>
          <w:tcPr>
            <w:tcW w:w="4824" w:type="dxa"/>
            <w:vAlign w:val="center"/>
          </w:tcPr>
          <w:p w14:paraId="287D12A4" w14:textId="77777777" w:rsidR="00734049" w:rsidRPr="008659A6" w:rsidRDefault="00000000" w:rsidP="008659A6">
            <w:r w:rsidRPr="008659A6">
              <w:t>STUDENT</w:t>
            </w:r>
          </w:p>
        </w:tc>
        <w:tc>
          <w:tcPr>
            <w:tcW w:w="4824" w:type="dxa"/>
            <w:vAlign w:val="center"/>
          </w:tcPr>
          <w:p w14:paraId="6140F46B" w14:textId="77777777" w:rsidR="00734049" w:rsidRPr="008659A6" w:rsidRDefault="00000000" w:rsidP="008659A6">
            <w:r w:rsidRPr="008659A6">
              <w:t>10</w:t>
            </w:r>
          </w:p>
        </w:tc>
      </w:tr>
      <w:tr w:rsidR="00734049" w:rsidRPr="008659A6" w14:paraId="4BA8B34B" w14:textId="77777777">
        <w:tc>
          <w:tcPr>
            <w:tcW w:w="4824" w:type="dxa"/>
            <w:vAlign w:val="center"/>
          </w:tcPr>
          <w:p w14:paraId="1D554343" w14:textId="77777777" w:rsidR="00734049" w:rsidRPr="008659A6" w:rsidRDefault="00000000" w:rsidP="008659A6">
            <w:r w:rsidRPr="008659A6">
              <w:t>PLACE</w:t>
            </w:r>
          </w:p>
        </w:tc>
        <w:tc>
          <w:tcPr>
            <w:tcW w:w="4824" w:type="dxa"/>
            <w:vAlign w:val="center"/>
          </w:tcPr>
          <w:p w14:paraId="6B022094" w14:textId="77777777" w:rsidR="00734049" w:rsidRPr="008659A6" w:rsidRDefault="00000000" w:rsidP="008659A6">
            <w:r w:rsidRPr="008659A6">
              <w:t>10</w:t>
            </w:r>
          </w:p>
        </w:tc>
      </w:tr>
      <w:tr w:rsidR="00734049" w:rsidRPr="008659A6" w14:paraId="6CF1E326" w14:textId="77777777">
        <w:tc>
          <w:tcPr>
            <w:tcW w:w="4824" w:type="dxa"/>
            <w:vAlign w:val="center"/>
          </w:tcPr>
          <w:p w14:paraId="21F322E2" w14:textId="77777777" w:rsidR="00734049" w:rsidRPr="008659A6" w:rsidRDefault="00000000" w:rsidP="008659A6">
            <w:r w:rsidRPr="008659A6">
              <w:t>TAG</w:t>
            </w:r>
          </w:p>
        </w:tc>
        <w:tc>
          <w:tcPr>
            <w:tcW w:w="4824" w:type="dxa"/>
            <w:vAlign w:val="center"/>
          </w:tcPr>
          <w:p w14:paraId="078DFB64" w14:textId="77777777" w:rsidR="00734049" w:rsidRPr="008659A6" w:rsidRDefault="00000000" w:rsidP="008659A6">
            <w:r w:rsidRPr="008659A6">
              <w:t>10</w:t>
            </w:r>
          </w:p>
        </w:tc>
      </w:tr>
      <w:tr w:rsidR="00734049" w:rsidRPr="008659A6" w14:paraId="780BB162" w14:textId="77777777">
        <w:tc>
          <w:tcPr>
            <w:tcW w:w="4824" w:type="dxa"/>
            <w:vAlign w:val="center"/>
          </w:tcPr>
          <w:p w14:paraId="16A40F02" w14:textId="77777777" w:rsidR="00734049" w:rsidRPr="008659A6" w:rsidRDefault="00000000" w:rsidP="008659A6">
            <w:r w:rsidRPr="008659A6">
              <w:t>PERSON</w:t>
            </w:r>
          </w:p>
        </w:tc>
        <w:tc>
          <w:tcPr>
            <w:tcW w:w="4824" w:type="dxa"/>
            <w:vAlign w:val="center"/>
          </w:tcPr>
          <w:p w14:paraId="2EE09047" w14:textId="77777777" w:rsidR="00734049" w:rsidRPr="008659A6" w:rsidRDefault="00000000" w:rsidP="008659A6">
            <w:r w:rsidRPr="008659A6">
              <w:t>10</w:t>
            </w:r>
          </w:p>
        </w:tc>
      </w:tr>
      <w:tr w:rsidR="00734049" w:rsidRPr="008659A6" w14:paraId="20359345" w14:textId="77777777">
        <w:tc>
          <w:tcPr>
            <w:tcW w:w="4824" w:type="dxa"/>
            <w:vAlign w:val="center"/>
          </w:tcPr>
          <w:p w14:paraId="73A0E247" w14:textId="77777777" w:rsidR="00734049" w:rsidRPr="008659A6" w:rsidRDefault="00000000" w:rsidP="008659A6">
            <w:r w:rsidRPr="008659A6">
              <w:t>HISTORICAL_EVENT</w:t>
            </w:r>
          </w:p>
        </w:tc>
        <w:tc>
          <w:tcPr>
            <w:tcW w:w="4824" w:type="dxa"/>
            <w:vAlign w:val="center"/>
          </w:tcPr>
          <w:p w14:paraId="7E15AA5C" w14:textId="77777777" w:rsidR="00734049" w:rsidRPr="008659A6" w:rsidRDefault="00000000" w:rsidP="008659A6">
            <w:r w:rsidRPr="008659A6">
              <w:t>10</w:t>
            </w:r>
          </w:p>
        </w:tc>
      </w:tr>
      <w:tr w:rsidR="00734049" w:rsidRPr="008659A6" w14:paraId="1FDC544D" w14:textId="77777777">
        <w:tc>
          <w:tcPr>
            <w:tcW w:w="4824" w:type="dxa"/>
            <w:vAlign w:val="center"/>
          </w:tcPr>
          <w:p w14:paraId="425F7DAE" w14:textId="77777777" w:rsidR="00734049" w:rsidRPr="008659A6" w:rsidRDefault="00000000" w:rsidP="008659A6">
            <w:r w:rsidRPr="008659A6">
              <w:t>CONTENT_ENTRY</w:t>
            </w:r>
          </w:p>
        </w:tc>
        <w:tc>
          <w:tcPr>
            <w:tcW w:w="4824" w:type="dxa"/>
            <w:vAlign w:val="center"/>
          </w:tcPr>
          <w:p w14:paraId="64655E37" w14:textId="77777777" w:rsidR="00734049" w:rsidRPr="008659A6" w:rsidRDefault="00000000" w:rsidP="008659A6">
            <w:r w:rsidRPr="008659A6">
              <w:t>12</w:t>
            </w:r>
          </w:p>
        </w:tc>
      </w:tr>
      <w:tr w:rsidR="00734049" w:rsidRPr="008659A6" w14:paraId="2F4A7D88" w14:textId="77777777">
        <w:tc>
          <w:tcPr>
            <w:tcW w:w="4824" w:type="dxa"/>
            <w:vAlign w:val="center"/>
          </w:tcPr>
          <w:p w14:paraId="629ACC29" w14:textId="77777777" w:rsidR="00734049" w:rsidRPr="008659A6" w:rsidRDefault="00000000" w:rsidP="008659A6">
            <w:r w:rsidRPr="008659A6">
              <w:t>FEEDBACK</w:t>
            </w:r>
          </w:p>
        </w:tc>
        <w:tc>
          <w:tcPr>
            <w:tcW w:w="4824" w:type="dxa"/>
            <w:vAlign w:val="center"/>
          </w:tcPr>
          <w:p w14:paraId="679737F4" w14:textId="77777777" w:rsidR="00734049" w:rsidRPr="008659A6" w:rsidRDefault="00000000" w:rsidP="008659A6">
            <w:r w:rsidRPr="008659A6">
              <w:t>12</w:t>
            </w:r>
          </w:p>
        </w:tc>
      </w:tr>
      <w:tr w:rsidR="00734049" w:rsidRPr="008659A6" w14:paraId="6CFAE017" w14:textId="77777777">
        <w:tc>
          <w:tcPr>
            <w:tcW w:w="4824" w:type="dxa"/>
            <w:vAlign w:val="center"/>
          </w:tcPr>
          <w:p w14:paraId="57BEA7D7" w14:textId="77777777" w:rsidR="00734049" w:rsidRPr="008659A6" w:rsidRDefault="00000000" w:rsidP="008659A6">
            <w:r w:rsidRPr="008659A6">
              <w:t>ENTRY_PLACE</w:t>
            </w:r>
          </w:p>
        </w:tc>
        <w:tc>
          <w:tcPr>
            <w:tcW w:w="4824" w:type="dxa"/>
            <w:vAlign w:val="center"/>
          </w:tcPr>
          <w:p w14:paraId="4839D05A" w14:textId="77777777" w:rsidR="00734049" w:rsidRPr="008659A6" w:rsidRDefault="00000000" w:rsidP="008659A6">
            <w:r w:rsidRPr="008659A6">
              <w:t>15</w:t>
            </w:r>
          </w:p>
        </w:tc>
      </w:tr>
      <w:tr w:rsidR="00734049" w:rsidRPr="008659A6" w14:paraId="4E76D2EA" w14:textId="77777777">
        <w:tc>
          <w:tcPr>
            <w:tcW w:w="4824" w:type="dxa"/>
            <w:vAlign w:val="center"/>
          </w:tcPr>
          <w:p w14:paraId="6F73B290" w14:textId="77777777" w:rsidR="00734049" w:rsidRPr="008659A6" w:rsidRDefault="00000000" w:rsidP="008659A6">
            <w:r w:rsidRPr="008659A6">
              <w:t>ENTRY_PERSON</w:t>
            </w:r>
          </w:p>
        </w:tc>
        <w:tc>
          <w:tcPr>
            <w:tcW w:w="4824" w:type="dxa"/>
            <w:vAlign w:val="center"/>
          </w:tcPr>
          <w:p w14:paraId="449620D8" w14:textId="77777777" w:rsidR="00734049" w:rsidRPr="008659A6" w:rsidRDefault="00000000" w:rsidP="008659A6">
            <w:r w:rsidRPr="008659A6">
              <w:t>15</w:t>
            </w:r>
          </w:p>
        </w:tc>
      </w:tr>
      <w:tr w:rsidR="00734049" w:rsidRPr="008659A6" w14:paraId="47239E8B" w14:textId="77777777">
        <w:tc>
          <w:tcPr>
            <w:tcW w:w="4824" w:type="dxa"/>
            <w:vAlign w:val="center"/>
          </w:tcPr>
          <w:p w14:paraId="3F8629AF" w14:textId="77777777" w:rsidR="00734049" w:rsidRPr="008659A6" w:rsidRDefault="00000000" w:rsidP="008659A6">
            <w:r w:rsidRPr="008659A6">
              <w:t>ENTRY_EVENT</w:t>
            </w:r>
          </w:p>
        </w:tc>
        <w:tc>
          <w:tcPr>
            <w:tcW w:w="4824" w:type="dxa"/>
            <w:vAlign w:val="center"/>
          </w:tcPr>
          <w:p w14:paraId="18F9EDC7" w14:textId="77777777" w:rsidR="00734049" w:rsidRPr="008659A6" w:rsidRDefault="00000000" w:rsidP="008659A6">
            <w:r w:rsidRPr="008659A6">
              <w:t>16</w:t>
            </w:r>
          </w:p>
        </w:tc>
      </w:tr>
      <w:tr w:rsidR="00734049" w:rsidRPr="008659A6" w14:paraId="1C634CD8" w14:textId="77777777">
        <w:tc>
          <w:tcPr>
            <w:tcW w:w="4824" w:type="dxa"/>
            <w:vAlign w:val="center"/>
          </w:tcPr>
          <w:p w14:paraId="3C861DA0" w14:textId="77777777" w:rsidR="00734049" w:rsidRPr="008659A6" w:rsidRDefault="00000000" w:rsidP="008659A6">
            <w:r w:rsidRPr="008659A6">
              <w:t>ENTRY_TAG</w:t>
            </w:r>
          </w:p>
        </w:tc>
        <w:tc>
          <w:tcPr>
            <w:tcW w:w="4824" w:type="dxa"/>
            <w:vAlign w:val="center"/>
          </w:tcPr>
          <w:p w14:paraId="002B68E2" w14:textId="77777777" w:rsidR="00734049" w:rsidRPr="008659A6" w:rsidRDefault="00000000" w:rsidP="008659A6">
            <w:r w:rsidRPr="008659A6">
              <w:t>24</w:t>
            </w:r>
          </w:p>
        </w:tc>
      </w:tr>
      <w:tr w:rsidR="00734049" w:rsidRPr="008659A6" w14:paraId="18904031" w14:textId="77777777">
        <w:tc>
          <w:tcPr>
            <w:tcW w:w="4824" w:type="dxa"/>
            <w:vAlign w:val="center"/>
          </w:tcPr>
          <w:p w14:paraId="2887AA6D" w14:textId="77777777" w:rsidR="00734049" w:rsidRPr="008659A6" w:rsidRDefault="00000000" w:rsidP="008659A6">
            <w:r w:rsidRPr="008659A6">
              <w:t>EVENT_PERSON</w:t>
            </w:r>
          </w:p>
        </w:tc>
        <w:tc>
          <w:tcPr>
            <w:tcW w:w="4824" w:type="dxa"/>
            <w:vAlign w:val="center"/>
          </w:tcPr>
          <w:p w14:paraId="77A1E30C" w14:textId="77777777" w:rsidR="00734049" w:rsidRPr="008659A6" w:rsidRDefault="00000000" w:rsidP="008659A6">
            <w:r w:rsidRPr="008659A6">
              <w:t>11</w:t>
            </w:r>
          </w:p>
        </w:tc>
      </w:tr>
    </w:tbl>
    <w:p w14:paraId="70FB62CD" w14:textId="77777777" w:rsidR="00734049" w:rsidRPr="008659A6" w:rsidRDefault="004160A7" w:rsidP="008659A6">
      <w:pPr>
        <w:pStyle w:val="Heading1"/>
      </w:pPr>
      <w:bookmarkStart w:id="25" w:name="_Toc226579521"/>
      <w:r w:rsidRPr="008659A6">
        <w:t>3. SQL Queries Selected from List A</w:t>
      </w:r>
      <w:bookmarkEnd w:id="25"/>
    </w:p>
    <w:p w14:paraId="0CA4FE88" w14:textId="2577587E" w:rsidR="00672671" w:rsidRPr="008659A6" w:rsidRDefault="00BA1BB5" w:rsidP="008659A6">
      <w:r w:rsidRPr="008659A6">
        <w:t>The four queries implemented below have been selected to illustrate the necessary types of SQL: joins, ORDER BY, GROUP BY/HAVING and subqueries. Where the brief explicitly needed a value supplied by the user, it was implemented as a runtime prompt.</w:t>
      </w:r>
    </w:p>
    <w:p w14:paraId="610CF449" w14:textId="77777777" w:rsidR="00734049" w:rsidRPr="008659A6" w:rsidRDefault="00000000" w:rsidP="008659A6">
      <w:pPr>
        <w:pStyle w:val="Heading2"/>
      </w:pPr>
      <w:bookmarkStart w:id="26" w:name="_Toc226575382"/>
      <w:bookmarkStart w:id="27" w:name="_Toc226579522"/>
      <w:r w:rsidRPr="008659A6">
        <w:t>A1 - Joining tables</w:t>
      </w:r>
      <w:bookmarkEnd w:id="26"/>
      <w:bookmarkEnd w:id="27"/>
    </w:p>
    <w:p w14:paraId="7EAACA6E" w14:textId="77777777" w:rsidR="00BA1BB5" w:rsidRPr="008659A6" w:rsidRDefault="00BA1BB5" w:rsidP="008659A6">
      <w:r w:rsidRPr="008659A6">
        <w:rPr>
          <w:b/>
          <w:bCs/>
        </w:rPr>
        <w:t>Purpose</w:t>
      </w:r>
      <w:r w:rsidRPr="008659A6">
        <w:t>: Enumerate the students that have typed information about places.</w:t>
      </w:r>
    </w:p>
    <w:p w14:paraId="44880E17" w14:textId="7924CC67" w:rsidR="00672671" w:rsidRPr="008659A6" w:rsidRDefault="00BA1BB5" w:rsidP="008659A6">
      <w:r w:rsidRPr="008659A6">
        <w:t>This query is a combination of STUDENT, CONTENT_ENTRY, ENTRY PLACE and PLACE. The DISTINCT key eliminates unintentional duplication in which the student can make more than one reference to the same place at different records</w:t>
      </w:r>
    </w:p>
    <w:p w14:paraId="6E3F443F" w14:textId="77777777" w:rsidR="007754B8" w:rsidRPr="008659A6" w:rsidRDefault="007754B8" w:rsidP="008659A6">
      <w:r w:rsidRPr="008659A6">
        <w:rPr>
          <w:noProof/>
        </w:rPr>
        <w:lastRenderedPageBreak/>
        <w:drawing>
          <wp:inline distT="0" distB="0" distL="0" distR="0" wp14:anchorId="2B958408" wp14:editId="4B3D1467">
            <wp:extent cx="6126480" cy="2317750"/>
            <wp:effectExtent l="0" t="0" r="7620" b="6350"/>
            <wp:docPr id="159878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80531" name=""/>
                    <pic:cNvPicPr/>
                  </pic:nvPicPr>
                  <pic:blipFill>
                    <a:blip r:embed="rId19"/>
                    <a:stretch>
                      <a:fillRect/>
                    </a:stretch>
                  </pic:blipFill>
                  <pic:spPr>
                    <a:xfrm>
                      <a:off x="0" y="0"/>
                      <a:ext cx="6126480" cy="2317750"/>
                    </a:xfrm>
                    <a:prstGeom prst="rect">
                      <a:avLst/>
                    </a:prstGeom>
                  </pic:spPr>
                </pic:pic>
              </a:graphicData>
            </a:graphic>
          </wp:inline>
        </w:drawing>
      </w:r>
    </w:p>
    <w:p w14:paraId="0C2A12E3" w14:textId="53C1ADC6" w:rsidR="00734049" w:rsidRPr="008659A6" w:rsidRDefault="007754B8" w:rsidP="008659A6">
      <w:pPr>
        <w:pStyle w:val="Caption"/>
        <w:spacing w:line="360" w:lineRule="auto"/>
      </w:pPr>
      <w:bookmarkStart w:id="28" w:name="_Toc226579540"/>
      <w:bookmarkStart w:id="29" w:name="_Toc226579593"/>
      <w:r w:rsidRPr="008659A6">
        <w:t xml:space="preserve">Figure </w:t>
      </w:r>
      <w:fldSimple w:instr=" SEQ Figure \* ARABIC ">
        <w:r w:rsidR="008659A6">
          <w:rPr>
            <w:noProof/>
          </w:rPr>
          <w:t>12</w:t>
        </w:r>
      </w:fldSimple>
      <w:r w:rsidRPr="008659A6">
        <w:t xml:space="preserve"> SQL statement for A1.</w:t>
      </w:r>
      <w:bookmarkEnd w:id="28"/>
      <w:bookmarkEnd w:id="29"/>
    </w:p>
    <w:p w14:paraId="45233474" w14:textId="77777777" w:rsidR="007754B8" w:rsidRPr="008659A6" w:rsidRDefault="007754B8" w:rsidP="008659A6">
      <w:r w:rsidRPr="008659A6">
        <w:rPr>
          <w:noProof/>
        </w:rPr>
        <w:drawing>
          <wp:inline distT="0" distB="0" distL="0" distR="0" wp14:anchorId="1089D91B" wp14:editId="7954DA34">
            <wp:extent cx="6126480" cy="3683635"/>
            <wp:effectExtent l="0" t="0" r="7620" b="0"/>
            <wp:docPr id="618808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08616" name=""/>
                    <pic:cNvPicPr/>
                  </pic:nvPicPr>
                  <pic:blipFill>
                    <a:blip r:embed="rId20"/>
                    <a:stretch>
                      <a:fillRect/>
                    </a:stretch>
                  </pic:blipFill>
                  <pic:spPr>
                    <a:xfrm>
                      <a:off x="0" y="0"/>
                      <a:ext cx="6126480" cy="3683635"/>
                    </a:xfrm>
                    <a:prstGeom prst="rect">
                      <a:avLst/>
                    </a:prstGeom>
                  </pic:spPr>
                </pic:pic>
              </a:graphicData>
            </a:graphic>
          </wp:inline>
        </w:drawing>
      </w:r>
    </w:p>
    <w:p w14:paraId="72A02380" w14:textId="3AEDC0B6" w:rsidR="00734049" w:rsidRPr="008659A6" w:rsidRDefault="007754B8" w:rsidP="008659A6">
      <w:pPr>
        <w:pStyle w:val="Caption"/>
        <w:spacing w:line="360" w:lineRule="auto"/>
      </w:pPr>
      <w:bookmarkStart w:id="30" w:name="_Toc226579541"/>
      <w:bookmarkStart w:id="31" w:name="_Toc226579594"/>
      <w:r w:rsidRPr="008659A6">
        <w:t xml:space="preserve">Figure </w:t>
      </w:r>
      <w:fldSimple w:instr=" SEQ Figure \* ARABIC ">
        <w:r w:rsidR="008659A6">
          <w:rPr>
            <w:noProof/>
          </w:rPr>
          <w:t>13</w:t>
        </w:r>
      </w:fldSimple>
      <w:r w:rsidRPr="008659A6">
        <w:t xml:space="preserve"> . Expected result produced by A1 on the populated dataset</w:t>
      </w:r>
      <w:bookmarkEnd w:id="30"/>
      <w:bookmarkEnd w:id="31"/>
    </w:p>
    <w:p w14:paraId="047ECBC8" w14:textId="77777777" w:rsidR="00D2669D" w:rsidRPr="008659A6" w:rsidRDefault="00000000" w:rsidP="008659A6">
      <w:pPr>
        <w:rPr>
          <w:b/>
          <w:bCs/>
        </w:rPr>
      </w:pPr>
      <w:r w:rsidRPr="008659A6">
        <w:rPr>
          <w:b/>
          <w:bCs/>
        </w:rPr>
        <w:t>Interpretatio</w:t>
      </w:r>
      <w:r w:rsidR="00D2669D" w:rsidRPr="008659A6">
        <w:rPr>
          <w:b/>
          <w:bCs/>
        </w:rPr>
        <w:t>n</w:t>
      </w:r>
    </w:p>
    <w:p w14:paraId="67308CE7" w14:textId="15B31FCC" w:rsidR="00734049" w:rsidRPr="008659A6" w:rsidRDefault="00000000" w:rsidP="008659A6">
      <w:r w:rsidRPr="008659A6">
        <w:t xml:space="preserve"> </w:t>
      </w:r>
      <w:r w:rsidR="0044429B" w:rsidRPr="008659A6">
        <w:t xml:space="preserve">The production proves that the database is able to trace back every place mentioned to the student that posted it on his/her content entry. This proves that the relationship between STUDENT, CONTENT_ENTRY, ENTRY_PLACE and PLACE is functioning properly and that the system can be trusted to recognize the students who have posted historical content on places. This can be significant to academic monitoring and assessment, as teachers should check student engagement, </w:t>
      </w:r>
      <w:r w:rsidR="0044429B" w:rsidRPr="008659A6">
        <w:lastRenderedPageBreak/>
        <w:t>make sure that research topics are turned in and relate place-based content with the appropriate learner.</w:t>
      </w:r>
    </w:p>
    <w:p w14:paraId="4C9A5BD9" w14:textId="77777777" w:rsidR="00734049" w:rsidRPr="008659A6" w:rsidRDefault="00000000" w:rsidP="008659A6">
      <w:pPr>
        <w:pStyle w:val="Heading2"/>
      </w:pPr>
      <w:bookmarkStart w:id="32" w:name="_Toc226575383"/>
      <w:bookmarkStart w:id="33" w:name="_Toc226579523"/>
      <w:r w:rsidRPr="008659A6">
        <w:t>A2 - ORDER BY</w:t>
      </w:r>
      <w:bookmarkEnd w:id="32"/>
      <w:bookmarkEnd w:id="33"/>
    </w:p>
    <w:p w14:paraId="3BCF3E3A" w14:textId="77777777" w:rsidR="002A2012" w:rsidRPr="008659A6" w:rsidRDefault="00000000" w:rsidP="008659A6">
      <w:r w:rsidRPr="008659A6">
        <w:rPr>
          <w:b/>
          <w:bCs/>
        </w:rPr>
        <w:t>Objective</w:t>
      </w:r>
      <w:r w:rsidRPr="008659A6">
        <w:t xml:space="preserve">: </w:t>
      </w:r>
      <w:r w:rsidR="002A2012" w:rsidRPr="008659A6">
        <w:t>Display events by a certain year that is keyed in at runtime and sorted by date of event.</w:t>
      </w:r>
    </w:p>
    <w:p w14:paraId="082EEF9C" w14:textId="1892F830" w:rsidR="00672671" w:rsidRPr="008659A6" w:rsidRDefault="002A2012" w:rsidP="008659A6">
      <w:r w:rsidRPr="008659A6">
        <w:t>The query takes in a runtime parameter as the year, and then orders the found events in ascending time order. It can be handy with a teacher who wishes to look at the historical activity on a yearly basis.</w:t>
      </w:r>
    </w:p>
    <w:p w14:paraId="6BB84449" w14:textId="77777777" w:rsidR="00D2669D" w:rsidRPr="008659A6" w:rsidRDefault="00D2669D" w:rsidP="008659A6">
      <w:r w:rsidRPr="008659A6">
        <w:rPr>
          <w:noProof/>
        </w:rPr>
        <w:drawing>
          <wp:inline distT="0" distB="0" distL="0" distR="0" wp14:anchorId="3FCC81A9" wp14:editId="082874C1">
            <wp:extent cx="6126480" cy="2686685"/>
            <wp:effectExtent l="0" t="0" r="7620" b="0"/>
            <wp:docPr id="835185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85387" name=""/>
                    <pic:cNvPicPr/>
                  </pic:nvPicPr>
                  <pic:blipFill>
                    <a:blip r:embed="rId21"/>
                    <a:stretch>
                      <a:fillRect/>
                    </a:stretch>
                  </pic:blipFill>
                  <pic:spPr>
                    <a:xfrm>
                      <a:off x="0" y="0"/>
                      <a:ext cx="6126480" cy="2686685"/>
                    </a:xfrm>
                    <a:prstGeom prst="rect">
                      <a:avLst/>
                    </a:prstGeom>
                  </pic:spPr>
                </pic:pic>
              </a:graphicData>
            </a:graphic>
          </wp:inline>
        </w:drawing>
      </w:r>
    </w:p>
    <w:p w14:paraId="172099EF" w14:textId="39CBEA43" w:rsidR="00734049" w:rsidRPr="008659A6" w:rsidRDefault="00D2669D" w:rsidP="008659A6">
      <w:pPr>
        <w:pStyle w:val="Caption"/>
        <w:spacing w:line="360" w:lineRule="auto"/>
      </w:pPr>
      <w:bookmarkStart w:id="34" w:name="_Toc226579542"/>
      <w:bookmarkStart w:id="35" w:name="_Toc226579595"/>
      <w:r w:rsidRPr="008659A6">
        <w:t xml:space="preserve">Figure </w:t>
      </w:r>
      <w:fldSimple w:instr=" SEQ Figure \* ARABIC ">
        <w:r w:rsidR="008659A6">
          <w:rPr>
            <w:noProof/>
          </w:rPr>
          <w:t>14</w:t>
        </w:r>
      </w:fldSimple>
      <w:r w:rsidRPr="008659A6">
        <w:t xml:space="preserve"> SQL statement for A2</w:t>
      </w:r>
      <w:bookmarkEnd w:id="34"/>
      <w:bookmarkEnd w:id="35"/>
    </w:p>
    <w:p w14:paraId="58BE3193" w14:textId="77777777" w:rsidR="00D2669D" w:rsidRPr="008659A6" w:rsidRDefault="00D2669D" w:rsidP="008659A6">
      <w:r w:rsidRPr="008659A6">
        <w:rPr>
          <w:noProof/>
        </w:rPr>
        <w:drawing>
          <wp:inline distT="0" distB="0" distL="0" distR="0" wp14:anchorId="242B00F6" wp14:editId="39EB3B45">
            <wp:extent cx="6126480" cy="1071245"/>
            <wp:effectExtent l="0" t="0" r="7620" b="0"/>
            <wp:docPr id="2071158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58735" name=""/>
                    <pic:cNvPicPr/>
                  </pic:nvPicPr>
                  <pic:blipFill>
                    <a:blip r:embed="rId22"/>
                    <a:stretch>
                      <a:fillRect/>
                    </a:stretch>
                  </pic:blipFill>
                  <pic:spPr>
                    <a:xfrm>
                      <a:off x="0" y="0"/>
                      <a:ext cx="6126480" cy="1071245"/>
                    </a:xfrm>
                    <a:prstGeom prst="rect">
                      <a:avLst/>
                    </a:prstGeom>
                  </pic:spPr>
                </pic:pic>
              </a:graphicData>
            </a:graphic>
          </wp:inline>
        </w:drawing>
      </w:r>
    </w:p>
    <w:p w14:paraId="1380C6BF" w14:textId="655BC1F6" w:rsidR="00734049" w:rsidRPr="008659A6" w:rsidRDefault="00D2669D" w:rsidP="008659A6">
      <w:pPr>
        <w:pStyle w:val="Caption"/>
        <w:spacing w:line="360" w:lineRule="auto"/>
      </w:pPr>
      <w:bookmarkStart w:id="36" w:name="_Toc226579543"/>
      <w:bookmarkStart w:id="37" w:name="_Toc226579596"/>
      <w:r w:rsidRPr="008659A6">
        <w:t xml:space="preserve">Figure </w:t>
      </w:r>
      <w:fldSimple w:instr=" SEQ Figure \* ARABIC ">
        <w:r w:rsidR="008659A6">
          <w:rPr>
            <w:noProof/>
          </w:rPr>
          <w:t>15</w:t>
        </w:r>
      </w:fldSimple>
      <w:r w:rsidRPr="008659A6">
        <w:t xml:space="preserve"> . Expected result produced by A2 on the populated dataset.</w:t>
      </w:r>
      <w:bookmarkEnd w:id="36"/>
      <w:bookmarkEnd w:id="37"/>
    </w:p>
    <w:p w14:paraId="4E5547E8" w14:textId="77777777" w:rsidR="00734049" w:rsidRPr="008659A6" w:rsidRDefault="00000000" w:rsidP="008659A6">
      <w:pPr>
        <w:rPr>
          <w:b/>
          <w:bCs/>
        </w:rPr>
      </w:pPr>
      <w:r w:rsidRPr="008659A6">
        <w:rPr>
          <w:b/>
          <w:bCs/>
        </w:rPr>
        <w:t>Interpretation</w:t>
      </w:r>
    </w:p>
    <w:p w14:paraId="283B153B" w14:textId="34E346C7" w:rsidR="00672671" w:rsidRPr="008659A6" w:rsidRDefault="00AB2239" w:rsidP="008659A6">
      <w:r w:rsidRPr="008659A6">
        <w:t>The outcome shows that the query is able to properly filter by the year entered by the user and display the events in chronological order. In the input year 1945, the output gives the list of the output by the date order of events: Battle of Berlin, then Hiroshima Bombing. This proves that the runtime parameter, as well as the ORDER BY clause, are working as expected and users can analyze historical events in a particular year in a concise way in a time-based order.</w:t>
      </w:r>
    </w:p>
    <w:p w14:paraId="7B65851D" w14:textId="77777777" w:rsidR="00D2669D" w:rsidRPr="008659A6" w:rsidRDefault="00D2669D" w:rsidP="008659A6"/>
    <w:p w14:paraId="00B09AFB" w14:textId="77777777" w:rsidR="00D2669D" w:rsidRPr="008659A6" w:rsidRDefault="00D2669D" w:rsidP="008659A6"/>
    <w:p w14:paraId="123642D0" w14:textId="77777777" w:rsidR="00734049" w:rsidRPr="008659A6" w:rsidRDefault="00000000" w:rsidP="008659A6">
      <w:pPr>
        <w:pStyle w:val="Heading2"/>
      </w:pPr>
      <w:bookmarkStart w:id="38" w:name="_Toc226575384"/>
      <w:bookmarkStart w:id="39" w:name="_Toc226579524"/>
      <w:r w:rsidRPr="008659A6">
        <w:t>A3 - GROUP BY ... HAVING</w:t>
      </w:r>
      <w:bookmarkEnd w:id="38"/>
      <w:bookmarkEnd w:id="39"/>
    </w:p>
    <w:p w14:paraId="1345BF73" w14:textId="77777777" w:rsidR="00A95267" w:rsidRPr="008659A6" w:rsidRDefault="00000000" w:rsidP="008659A6">
      <w:r w:rsidRPr="008659A6">
        <w:rPr>
          <w:b/>
          <w:bCs/>
        </w:rPr>
        <w:t>Objective</w:t>
      </w:r>
      <w:r w:rsidRPr="008659A6">
        <w:t xml:space="preserve">: </w:t>
      </w:r>
      <w:r w:rsidR="00A95267" w:rsidRPr="008659A6">
        <w:t>Enlist the entries of students in a class, sorted by surname, of entries in the previous year.</w:t>
      </w:r>
    </w:p>
    <w:p w14:paraId="3F04D73C" w14:textId="75CE546C" w:rsidR="00672671" w:rsidRPr="008659A6" w:rsidRDefault="00A95267" w:rsidP="008659A6">
      <w:r w:rsidRPr="008659A6">
        <w:t>The query will use course code as a query filter and a moving one-year window of date, which will group the records together by the surname and the HAVING will be used to only present the group which satisfies the given condition.</w:t>
      </w:r>
    </w:p>
    <w:p w14:paraId="7AED6D7D" w14:textId="77777777" w:rsidR="00D2669D" w:rsidRPr="008659A6" w:rsidRDefault="00D2669D" w:rsidP="008659A6">
      <w:r w:rsidRPr="008659A6">
        <w:rPr>
          <w:noProof/>
        </w:rPr>
        <w:drawing>
          <wp:inline distT="0" distB="0" distL="0" distR="0" wp14:anchorId="007B9033" wp14:editId="2403B582">
            <wp:extent cx="6126480" cy="2387600"/>
            <wp:effectExtent l="0" t="0" r="7620" b="0"/>
            <wp:docPr id="1131193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3055" name=""/>
                    <pic:cNvPicPr/>
                  </pic:nvPicPr>
                  <pic:blipFill>
                    <a:blip r:embed="rId23"/>
                    <a:stretch>
                      <a:fillRect/>
                    </a:stretch>
                  </pic:blipFill>
                  <pic:spPr>
                    <a:xfrm>
                      <a:off x="0" y="0"/>
                      <a:ext cx="6126480" cy="2387600"/>
                    </a:xfrm>
                    <a:prstGeom prst="rect">
                      <a:avLst/>
                    </a:prstGeom>
                  </pic:spPr>
                </pic:pic>
              </a:graphicData>
            </a:graphic>
          </wp:inline>
        </w:drawing>
      </w:r>
    </w:p>
    <w:p w14:paraId="018E5691" w14:textId="5E80857B" w:rsidR="00734049" w:rsidRPr="008659A6" w:rsidRDefault="00D2669D" w:rsidP="008659A6">
      <w:pPr>
        <w:pStyle w:val="Caption"/>
        <w:spacing w:line="360" w:lineRule="auto"/>
      </w:pPr>
      <w:bookmarkStart w:id="40" w:name="_Toc226579544"/>
      <w:bookmarkStart w:id="41" w:name="_Toc226579597"/>
      <w:r w:rsidRPr="008659A6">
        <w:t xml:space="preserve">Figure </w:t>
      </w:r>
      <w:fldSimple w:instr=" SEQ Figure \* ARABIC ">
        <w:r w:rsidR="008659A6">
          <w:rPr>
            <w:noProof/>
          </w:rPr>
          <w:t>16</w:t>
        </w:r>
      </w:fldSimple>
      <w:r w:rsidRPr="008659A6">
        <w:t xml:space="preserve"> SQL statement for A3</w:t>
      </w:r>
      <w:bookmarkEnd w:id="40"/>
      <w:bookmarkEnd w:id="41"/>
    </w:p>
    <w:p w14:paraId="4C9B996B" w14:textId="77777777" w:rsidR="00D2669D" w:rsidRPr="008659A6" w:rsidRDefault="00D2669D" w:rsidP="008659A6">
      <w:r w:rsidRPr="008659A6">
        <w:rPr>
          <w:noProof/>
        </w:rPr>
        <w:drawing>
          <wp:inline distT="0" distB="0" distL="0" distR="0" wp14:anchorId="3D07B386" wp14:editId="73A05B39">
            <wp:extent cx="6126480" cy="2306955"/>
            <wp:effectExtent l="0" t="0" r="7620" b="0"/>
            <wp:docPr id="1144680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80221" name=""/>
                    <pic:cNvPicPr/>
                  </pic:nvPicPr>
                  <pic:blipFill>
                    <a:blip r:embed="rId24"/>
                    <a:stretch>
                      <a:fillRect/>
                    </a:stretch>
                  </pic:blipFill>
                  <pic:spPr>
                    <a:xfrm>
                      <a:off x="0" y="0"/>
                      <a:ext cx="6126480" cy="2306955"/>
                    </a:xfrm>
                    <a:prstGeom prst="rect">
                      <a:avLst/>
                    </a:prstGeom>
                  </pic:spPr>
                </pic:pic>
              </a:graphicData>
            </a:graphic>
          </wp:inline>
        </w:drawing>
      </w:r>
    </w:p>
    <w:p w14:paraId="0859862D" w14:textId="66CEF29C" w:rsidR="00734049" w:rsidRPr="008659A6" w:rsidRDefault="00D2669D" w:rsidP="008659A6">
      <w:pPr>
        <w:pStyle w:val="Caption"/>
        <w:spacing w:line="360" w:lineRule="auto"/>
      </w:pPr>
      <w:bookmarkStart w:id="42" w:name="_Toc226579545"/>
      <w:bookmarkStart w:id="43" w:name="_Toc226579598"/>
      <w:r w:rsidRPr="008659A6">
        <w:t xml:space="preserve">Figure </w:t>
      </w:r>
      <w:fldSimple w:instr=" SEQ Figure \* ARABIC ">
        <w:r w:rsidR="008659A6">
          <w:rPr>
            <w:noProof/>
          </w:rPr>
          <w:t>17</w:t>
        </w:r>
      </w:fldSimple>
      <w:r w:rsidRPr="008659A6">
        <w:t xml:space="preserve"> . Expected result produced by A3 on the populated dataset</w:t>
      </w:r>
      <w:bookmarkEnd w:id="42"/>
      <w:bookmarkEnd w:id="43"/>
    </w:p>
    <w:p w14:paraId="6D7D254A" w14:textId="77777777" w:rsidR="00D2669D" w:rsidRPr="008659A6" w:rsidRDefault="00000000" w:rsidP="008659A6">
      <w:pPr>
        <w:rPr>
          <w:b/>
          <w:bCs/>
        </w:rPr>
      </w:pPr>
      <w:r w:rsidRPr="008659A6">
        <w:rPr>
          <w:b/>
          <w:bCs/>
        </w:rPr>
        <w:t xml:space="preserve">Interpretation </w:t>
      </w:r>
    </w:p>
    <w:p w14:paraId="7D1282A2" w14:textId="290670A6" w:rsidR="00734049" w:rsidRPr="008659A6" w:rsidRDefault="000543C5" w:rsidP="008659A6">
      <w:r w:rsidRPr="008659A6">
        <w:lastRenderedPageBreak/>
        <w:t>The output is a confirmation that the query has the right filtering of the entries based on the course and time period and that it aggregates them based on the surname and the HAVING condition is used to only give out the qualifying groups. In course HIS103 last year, the outcome was that two students (Davis and Evans) with the surname submitted two entries. This shows that the logic of grouping and counting is operational and teachers can be able to determine how much student input there is in a classroom over a specified period.</w:t>
      </w:r>
    </w:p>
    <w:p w14:paraId="4A2A7178" w14:textId="77777777" w:rsidR="00734049" w:rsidRPr="008659A6" w:rsidRDefault="00000000" w:rsidP="008659A6">
      <w:pPr>
        <w:pStyle w:val="Heading2"/>
      </w:pPr>
      <w:bookmarkStart w:id="44" w:name="_Toc226575385"/>
      <w:bookmarkStart w:id="45" w:name="_Toc226579525"/>
      <w:r w:rsidRPr="008659A6">
        <w:t>A4 - Sub-queries</w:t>
      </w:r>
      <w:bookmarkEnd w:id="44"/>
      <w:bookmarkEnd w:id="45"/>
    </w:p>
    <w:p w14:paraId="6541638E" w14:textId="77777777" w:rsidR="00C531BB" w:rsidRPr="008659A6" w:rsidRDefault="00000000" w:rsidP="008659A6">
      <w:r w:rsidRPr="008659A6">
        <w:rPr>
          <w:b/>
          <w:bCs/>
        </w:rPr>
        <w:t>Objective</w:t>
      </w:r>
      <w:r w:rsidRPr="008659A6">
        <w:t xml:space="preserve">: </w:t>
      </w:r>
      <w:r w:rsidR="00C531BB" w:rsidRPr="008659A6">
        <w:t>Find at least two locations where there is someone born, and a battle related to the same location.</w:t>
      </w:r>
    </w:p>
    <w:p w14:paraId="0D1A9A47" w14:textId="18951D4C" w:rsidR="00672671" w:rsidRPr="008659A6" w:rsidRDefault="00C531BB" w:rsidP="008659A6">
      <w:r w:rsidRPr="008659A6">
        <w:t>This is accomplished with two nested subqueries: one of them finds places that present themselves as the place of birth of a person, and the other place finds battle events. The intersection is retrieved in the outer query.</w:t>
      </w:r>
    </w:p>
    <w:p w14:paraId="44A3F097" w14:textId="77777777" w:rsidR="00D2669D" w:rsidRPr="008659A6" w:rsidRDefault="00D2669D" w:rsidP="008659A6">
      <w:r w:rsidRPr="008659A6">
        <w:rPr>
          <w:noProof/>
        </w:rPr>
        <w:drawing>
          <wp:inline distT="0" distB="0" distL="0" distR="0" wp14:anchorId="1222A45A" wp14:editId="4B3E0EF1">
            <wp:extent cx="6126480" cy="3173095"/>
            <wp:effectExtent l="0" t="0" r="7620" b="8255"/>
            <wp:docPr id="919040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40805" name=""/>
                    <pic:cNvPicPr/>
                  </pic:nvPicPr>
                  <pic:blipFill>
                    <a:blip r:embed="rId25"/>
                    <a:stretch>
                      <a:fillRect/>
                    </a:stretch>
                  </pic:blipFill>
                  <pic:spPr>
                    <a:xfrm>
                      <a:off x="0" y="0"/>
                      <a:ext cx="6126480" cy="3173095"/>
                    </a:xfrm>
                    <a:prstGeom prst="rect">
                      <a:avLst/>
                    </a:prstGeom>
                  </pic:spPr>
                </pic:pic>
              </a:graphicData>
            </a:graphic>
          </wp:inline>
        </w:drawing>
      </w:r>
    </w:p>
    <w:p w14:paraId="6051A094" w14:textId="729E9175" w:rsidR="00734049" w:rsidRPr="008659A6" w:rsidRDefault="00D2669D" w:rsidP="008659A6">
      <w:pPr>
        <w:pStyle w:val="Caption"/>
        <w:spacing w:line="360" w:lineRule="auto"/>
      </w:pPr>
      <w:bookmarkStart w:id="46" w:name="_Toc226579546"/>
      <w:bookmarkStart w:id="47" w:name="_Toc226579599"/>
      <w:r w:rsidRPr="008659A6">
        <w:t xml:space="preserve">Figure </w:t>
      </w:r>
      <w:fldSimple w:instr=" SEQ Figure \* ARABIC ">
        <w:r w:rsidR="008659A6">
          <w:rPr>
            <w:noProof/>
          </w:rPr>
          <w:t>18</w:t>
        </w:r>
      </w:fldSimple>
      <w:r w:rsidRPr="008659A6">
        <w:t xml:space="preserve"> SQL statement for A4.</w:t>
      </w:r>
      <w:bookmarkEnd w:id="46"/>
      <w:bookmarkEnd w:id="47"/>
    </w:p>
    <w:p w14:paraId="368A31CC" w14:textId="77777777" w:rsidR="00D2669D" w:rsidRPr="008659A6" w:rsidRDefault="00D2669D" w:rsidP="008659A6">
      <w:r w:rsidRPr="008659A6">
        <w:rPr>
          <w:noProof/>
        </w:rPr>
        <w:drawing>
          <wp:inline distT="0" distB="0" distL="0" distR="0" wp14:anchorId="5D9EA14F" wp14:editId="605EF0C9">
            <wp:extent cx="6126480" cy="963930"/>
            <wp:effectExtent l="0" t="0" r="7620" b="7620"/>
            <wp:docPr id="34111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14712" name=""/>
                    <pic:cNvPicPr/>
                  </pic:nvPicPr>
                  <pic:blipFill>
                    <a:blip r:embed="rId26"/>
                    <a:stretch>
                      <a:fillRect/>
                    </a:stretch>
                  </pic:blipFill>
                  <pic:spPr>
                    <a:xfrm>
                      <a:off x="0" y="0"/>
                      <a:ext cx="6126480" cy="963930"/>
                    </a:xfrm>
                    <a:prstGeom prst="rect">
                      <a:avLst/>
                    </a:prstGeom>
                  </pic:spPr>
                </pic:pic>
              </a:graphicData>
            </a:graphic>
          </wp:inline>
        </w:drawing>
      </w:r>
    </w:p>
    <w:p w14:paraId="6EA52564" w14:textId="61485446" w:rsidR="00734049" w:rsidRPr="008659A6" w:rsidRDefault="00D2669D" w:rsidP="008659A6">
      <w:pPr>
        <w:pStyle w:val="Caption"/>
        <w:spacing w:line="360" w:lineRule="auto"/>
      </w:pPr>
      <w:bookmarkStart w:id="48" w:name="_Toc226579547"/>
      <w:bookmarkStart w:id="49" w:name="_Toc226579600"/>
      <w:r w:rsidRPr="008659A6">
        <w:t xml:space="preserve">Figure </w:t>
      </w:r>
      <w:fldSimple w:instr=" SEQ Figure \* ARABIC ">
        <w:r w:rsidR="008659A6">
          <w:rPr>
            <w:noProof/>
          </w:rPr>
          <w:t>19</w:t>
        </w:r>
      </w:fldSimple>
      <w:r w:rsidRPr="008659A6">
        <w:t xml:space="preserve"> . Expected result produced by A4 on the populated dataset.</w:t>
      </w:r>
      <w:bookmarkEnd w:id="48"/>
      <w:bookmarkEnd w:id="49"/>
    </w:p>
    <w:p w14:paraId="509855B4" w14:textId="77777777" w:rsidR="00257721" w:rsidRPr="008659A6" w:rsidRDefault="00000000" w:rsidP="008659A6">
      <w:pPr>
        <w:rPr>
          <w:b/>
          <w:bCs/>
        </w:rPr>
      </w:pPr>
      <w:r w:rsidRPr="008659A6">
        <w:rPr>
          <w:b/>
          <w:bCs/>
        </w:rPr>
        <w:lastRenderedPageBreak/>
        <w:t>Interpretation</w:t>
      </w:r>
    </w:p>
    <w:p w14:paraId="32C32A2A" w14:textId="2D06DBC7" w:rsidR="00672671" w:rsidRPr="008659A6" w:rsidRDefault="00996A89" w:rsidP="008659A6">
      <w:r w:rsidRPr="008659A6">
        <w:t xml:space="preserve">The output confirms that the query is correct and correctly gets the correct places that satisfy both of the conditions at the same time, in the sense that they are listed in the row of the person table as a birthplace and in the row of the </w:t>
      </w:r>
      <w:proofErr w:type="spellStart"/>
      <w:r w:rsidRPr="008659A6">
        <w:t>historical_event</w:t>
      </w:r>
      <w:proofErr w:type="spellEnd"/>
      <w:r w:rsidRPr="008659A6">
        <w:t xml:space="preserve"> table as the location of a battle. Berlin and Gettysburg (in the sample dataset) meet both of these criteria, proving that the subqueries and their intersection logic are working as expected. This is to make sure that the system is able to correctly retrieve locations which have a historical value in various ways.</w:t>
      </w:r>
    </w:p>
    <w:p w14:paraId="0B634B4C" w14:textId="77777777" w:rsidR="00734049" w:rsidRPr="008659A6" w:rsidRDefault="004160A7" w:rsidP="008659A6">
      <w:pPr>
        <w:pStyle w:val="Heading1"/>
      </w:pPr>
      <w:bookmarkStart w:id="50" w:name="_Toc226579526"/>
      <w:r w:rsidRPr="008659A6">
        <w:t>4. Detailed Evaluation of the Completed Work</w:t>
      </w:r>
      <w:bookmarkEnd w:id="50"/>
    </w:p>
    <w:p w14:paraId="38D5AD51" w14:textId="77777777" w:rsidR="00BD2ED9" w:rsidRPr="008659A6" w:rsidRDefault="00BD2ED9" w:rsidP="008659A6">
      <w:r w:rsidRPr="008659A6">
        <w:t>In general, the database can fulfill the functional requirements of the brief well. The modelling perspective has been the best where separation of student submissions and reusable historical reference data is concerned. That choice prevents duplication and enhances more searches and renders the schema extensible. As an example, the same location may have many records, may be a place of origin, it may even be the location of an event without being saved multiple times.</w:t>
      </w:r>
    </w:p>
    <w:p w14:paraId="7866DA75" w14:textId="77777777" w:rsidR="00BD2ED9" w:rsidRPr="008659A6" w:rsidRDefault="00BD2ED9" w:rsidP="008659A6">
      <w:r w:rsidRPr="008659A6">
        <w:t>There is also a good level of implementation in terms of integrity. The design incorporates the primary keys and the foreign keys throughout, all many-to-many relationships are resolved explicitly and the validation rules are utilized in those cases where the business meaning is evident. They are: the mark-range check, password-sharing policy check, uniqueness of the login numbers and email address, and the rule against submitting empty content. These options will minimize bad data in the database level instead of depending fully on the web application.</w:t>
      </w:r>
    </w:p>
    <w:p w14:paraId="1CD7B923" w14:textId="77777777" w:rsidR="00BD2ED9" w:rsidRPr="008659A6" w:rsidRDefault="00BD2ED9" w:rsidP="008659A6">
      <w:r w:rsidRPr="008659A6">
        <w:t xml:space="preserve">Second strength is query suitability. The chosen queries are not artificial </w:t>
      </w:r>
      <w:proofErr w:type="gramStart"/>
      <w:r w:rsidRPr="008659A6">
        <w:t>extensions,</w:t>
      </w:r>
      <w:proofErr w:type="gramEnd"/>
      <w:r w:rsidRPr="008659A6">
        <w:t xml:space="preserve"> they are the extensions of the teaching use case. A1 helps track location-based work to individual pupils, A2 helps search by chronology, A3 helps report by class across time and A4 shows that the schema can be used to provide more powerful historical inferences using set-based logic and subqueries. Due to the </w:t>
      </w:r>
      <w:proofErr w:type="spellStart"/>
      <w:r w:rsidRPr="008659A6">
        <w:t>normalisation</w:t>
      </w:r>
      <w:proofErr w:type="spellEnd"/>
      <w:r w:rsidRPr="008659A6">
        <w:t xml:space="preserve"> of the schema, such queries are understandable and logically correct.</w:t>
      </w:r>
    </w:p>
    <w:p w14:paraId="1AE62625" w14:textId="77777777" w:rsidR="00BD2ED9" w:rsidRPr="008659A6" w:rsidRDefault="00BD2ED9" w:rsidP="008659A6">
      <w:r w:rsidRPr="008659A6">
        <w:t xml:space="preserve">However, there are certain drawbacks. To begin with, the current model presupposes a single course being taken by students and a single place where the event is to take place. Students in a larger production system may have many classes in which they may be enrolled, and some events may be across location or date ranges. Second, a tag model is intentionally generic. This would assist with flexibility, although, a tighter controlled vocabulary or hierarchical taxonomy would enhance the consistency in searches. Third, passwords will be stored as a hash field in the data design; in a </w:t>
      </w:r>
      <w:r w:rsidRPr="008659A6">
        <w:lastRenderedPageBreak/>
        <w:t>running application, salting, reset tokens, audit log and access-control roles would also be necessary to provide secure authentication.</w:t>
      </w:r>
    </w:p>
    <w:p w14:paraId="0A521649" w14:textId="77777777" w:rsidR="00BD2ED9" w:rsidRPr="008659A6" w:rsidRDefault="00BD2ED9" w:rsidP="008659A6">
      <w:r w:rsidRPr="008659A6">
        <w:t>The test dataset is sufficient to do coursework evaluation, but would have to be significantly bigger to do performance tuning. Additional Oracle capabilities might be introduced in production, such as sequences or identity columns to generate keys, indexes on high-frequency search columns, triggers to track audit trails, views to support teacher reporting and stored procedures to support common insert/update operations. These improvements can be achieved at the same platform due to the SQL capabilities in Oracle (Oracle, 2023a).</w:t>
      </w:r>
    </w:p>
    <w:p w14:paraId="5C9CC834" w14:textId="0A2DB4E1" w:rsidR="00BD2ED9" w:rsidRPr="008659A6" w:rsidRDefault="00BD2ED9" w:rsidP="008659A6">
      <w:r w:rsidRPr="008659A6">
        <w:t>Overall, the work meets the criteria of the distinction level quite well as it shows a consistent modelling process, proper relational mapping, proper placement of foreign-keys, 3NF, and a sensible SQL implementation. The design is not only functional, but also defensible, extensible and to the educational use case. This is why it ought to do well in comparison with published marking scheme.</w:t>
      </w:r>
    </w:p>
    <w:p w14:paraId="39C176B3" w14:textId="77777777" w:rsidR="00734049" w:rsidRPr="008659A6" w:rsidRDefault="004160A7" w:rsidP="008659A6">
      <w:pPr>
        <w:pStyle w:val="Heading1"/>
      </w:pPr>
      <w:bookmarkStart w:id="51" w:name="_Toc226579527"/>
      <w:r w:rsidRPr="008659A6">
        <w:t>5. Conclusion</w:t>
      </w:r>
      <w:bookmarkEnd w:id="51"/>
    </w:p>
    <w:p w14:paraId="329BBE45" w14:textId="0F5FD78E" w:rsidR="00BD2ED9" w:rsidRPr="008659A6" w:rsidRDefault="00E5380C" w:rsidP="008659A6">
      <w:r w:rsidRPr="008659A6">
        <w:t>Part 2 converted the validated design into a working Oracle database implementation with a structured insertion plan, representative test data as well as four solutions to the required SQL queries in List A. The practical work done portrays good usage of constraints, relational joins, ordering, aggregation, subqueries and evaluation and proves that the database is not only applicable in coursework, but it can be further extended later.</w:t>
      </w:r>
    </w:p>
    <w:p w14:paraId="360C6153" w14:textId="77777777" w:rsidR="00052FB1" w:rsidRPr="008659A6" w:rsidRDefault="00052FB1" w:rsidP="008659A6"/>
    <w:p w14:paraId="2742A7CD" w14:textId="77777777" w:rsidR="00052FB1" w:rsidRPr="008659A6" w:rsidRDefault="00052FB1" w:rsidP="008659A6"/>
    <w:p w14:paraId="7E0E60A6" w14:textId="77777777" w:rsidR="00052FB1" w:rsidRPr="008659A6" w:rsidRDefault="00052FB1" w:rsidP="008659A6"/>
    <w:p w14:paraId="66751EB3" w14:textId="77777777" w:rsidR="00052FB1" w:rsidRPr="008659A6" w:rsidRDefault="00052FB1" w:rsidP="008659A6"/>
    <w:p w14:paraId="59F0593E" w14:textId="77777777" w:rsidR="00052FB1" w:rsidRPr="008659A6" w:rsidRDefault="00052FB1" w:rsidP="008659A6"/>
    <w:p w14:paraId="2578DB05" w14:textId="77777777" w:rsidR="00052FB1" w:rsidRPr="008659A6" w:rsidRDefault="00052FB1" w:rsidP="008659A6"/>
    <w:p w14:paraId="04A1961E" w14:textId="77777777" w:rsidR="00052FB1" w:rsidRPr="008659A6" w:rsidRDefault="00052FB1" w:rsidP="008659A6"/>
    <w:p w14:paraId="13541620" w14:textId="77777777" w:rsidR="00734049" w:rsidRPr="008659A6" w:rsidRDefault="00000000" w:rsidP="008659A6">
      <w:pPr>
        <w:pStyle w:val="Heading1"/>
      </w:pPr>
      <w:bookmarkStart w:id="52" w:name="_Toc226575388"/>
      <w:bookmarkStart w:id="53" w:name="_Toc226579528"/>
      <w:r w:rsidRPr="008659A6">
        <w:lastRenderedPageBreak/>
        <w:t>References</w:t>
      </w:r>
      <w:bookmarkEnd w:id="52"/>
      <w:bookmarkEnd w:id="53"/>
    </w:p>
    <w:p w14:paraId="1BE18353" w14:textId="77777777" w:rsidR="00734049" w:rsidRPr="008659A6" w:rsidRDefault="00000000" w:rsidP="008659A6">
      <w:r w:rsidRPr="008659A6">
        <w:t>Connolly, T. and Begg, C. (2015) Database Systems: A Practical Approach to Design, Implementation, and Management. 6th edn. Harlow: Pearson.</w:t>
      </w:r>
    </w:p>
    <w:p w14:paraId="3577B562" w14:textId="77777777" w:rsidR="00734049" w:rsidRPr="008659A6" w:rsidRDefault="00000000" w:rsidP="008659A6">
      <w:r w:rsidRPr="008659A6">
        <w:t xml:space="preserve">Oracle (2023a) SQL Language Reference 23c. Available at: </w:t>
      </w:r>
      <w:hyperlink r:id="rId27" w:history="1">
        <w:r w:rsidR="008D2B24" w:rsidRPr="008659A6">
          <w:rPr>
            <w:rStyle w:val="Hyperlink"/>
          </w:rPr>
          <w:t>https://docs.oracle.com/en/database/oracle/oracle-database/23/sqlrf/sql-language-reference.pdf</w:t>
        </w:r>
      </w:hyperlink>
      <w:r w:rsidR="008D2B24" w:rsidRPr="008659A6">
        <w:t xml:space="preserve"> </w:t>
      </w:r>
    </w:p>
    <w:p w14:paraId="4C764D36" w14:textId="77777777" w:rsidR="00734049" w:rsidRPr="008659A6" w:rsidRDefault="00000000" w:rsidP="008659A6">
      <w:r w:rsidRPr="008659A6">
        <w:t xml:space="preserve">Oracle (2023b) Using Subqueries. Available at: </w:t>
      </w:r>
      <w:hyperlink r:id="rId28" w:history="1">
        <w:r w:rsidR="008D2B24" w:rsidRPr="008659A6">
          <w:rPr>
            <w:rStyle w:val="Hyperlink"/>
          </w:rPr>
          <w:t>https://docs.oracle.com/en/database/oracle/oracle-database/19/sqlrf/Using-Subqueries.html</w:t>
        </w:r>
      </w:hyperlink>
      <w:r w:rsidR="008D2B24" w:rsidRPr="008659A6">
        <w:t xml:space="preserve"> </w:t>
      </w:r>
    </w:p>
    <w:p w14:paraId="717CFDEF" w14:textId="77777777" w:rsidR="00734049" w:rsidRPr="008659A6" w:rsidRDefault="00000000" w:rsidP="008659A6">
      <w:r w:rsidRPr="008659A6">
        <w:t xml:space="preserve">Oracle (2023c) INSERT. Available at: </w:t>
      </w:r>
      <w:hyperlink r:id="rId29" w:history="1">
        <w:r w:rsidR="008D2B24" w:rsidRPr="008659A6">
          <w:rPr>
            <w:rStyle w:val="Hyperlink"/>
          </w:rPr>
          <w:t>https://docs.or</w:t>
        </w:r>
        <w:r w:rsidR="008D2B24" w:rsidRPr="008659A6">
          <w:rPr>
            <w:rStyle w:val="Hyperlink"/>
          </w:rPr>
          <w:t>a</w:t>
        </w:r>
        <w:r w:rsidR="008D2B24" w:rsidRPr="008659A6">
          <w:rPr>
            <w:rStyle w:val="Hyperlink"/>
          </w:rPr>
          <w:t>cle.com/en/database/oracle/oracle-database/18/sqlrf/INSERT.html</w:t>
        </w:r>
      </w:hyperlink>
      <w:r w:rsidR="008D2B24" w:rsidRPr="008659A6">
        <w:t xml:space="preserve"> </w:t>
      </w:r>
    </w:p>
    <w:p w14:paraId="6326BA8D" w14:textId="77777777" w:rsidR="00734049" w:rsidRPr="008659A6" w:rsidRDefault="00000000" w:rsidP="008659A6">
      <w:r w:rsidRPr="008659A6">
        <w:t xml:space="preserve">Oracle (2018) Aggregate Functions. Available at: </w:t>
      </w:r>
      <w:hyperlink r:id="rId30" w:history="1">
        <w:r w:rsidR="008D2B24" w:rsidRPr="008659A6">
          <w:rPr>
            <w:rStyle w:val="Hyperlink"/>
          </w:rPr>
          <w:t>https://docs.oracle.com/en/database/oracle/oracle-database/18/sqlrf/Aggregate-F</w:t>
        </w:r>
        <w:r w:rsidR="008D2B24" w:rsidRPr="008659A6">
          <w:rPr>
            <w:rStyle w:val="Hyperlink"/>
          </w:rPr>
          <w:t>u</w:t>
        </w:r>
        <w:r w:rsidR="008D2B24" w:rsidRPr="008659A6">
          <w:rPr>
            <w:rStyle w:val="Hyperlink"/>
          </w:rPr>
          <w:t>nctions.html</w:t>
        </w:r>
      </w:hyperlink>
      <w:r w:rsidR="008D2B24" w:rsidRPr="008659A6">
        <w:t xml:space="preserve"> </w:t>
      </w:r>
    </w:p>
    <w:sectPr w:rsidR="00734049" w:rsidRPr="008659A6" w:rsidSect="0003461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C43A" w14:textId="77777777" w:rsidR="00A3462D" w:rsidRDefault="00A3462D" w:rsidP="004160A7">
      <w:r>
        <w:separator/>
      </w:r>
    </w:p>
  </w:endnote>
  <w:endnote w:type="continuationSeparator" w:id="0">
    <w:p w14:paraId="32CC8663" w14:textId="77777777" w:rsidR="00A3462D" w:rsidRDefault="00A3462D" w:rsidP="0041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EA41" w14:textId="77777777" w:rsidR="00A3462D" w:rsidRDefault="00A3462D" w:rsidP="004160A7">
      <w:r>
        <w:separator/>
      </w:r>
    </w:p>
  </w:footnote>
  <w:footnote w:type="continuationSeparator" w:id="0">
    <w:p w14:paraId="1B722E6F" w14:textId="77777777" w:rsidR="00A3462D" w:rsidRDefault="00A3462D" w:rsidP="00416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0345557">
    <w:abstractNumId w:val="8"/>
  </w:num>
  <w:num w:numId="2" w16cid:durableId="1720323512">
    <w:abstractNumId w:val="6"/>
  </w:num>
  <w:num w:numId="3" w16cid:durableId="47724891">
    <w:abstractNumId w:val="5"/>
  </w:num>
  <w:num w:numId="4" w16cid:durableId="1206987142">
    <w:abstractNumId w:val="4"/>
  </w:num>
  <w:num w:numId="5" w16cid:durableId="1358117959">
    <w:abstractNumId w:val="7"/>
  </w:num>
  <w:num w:numId="6" w16cid:durableId="981539198">
    <w:abstractNumId w:val="3"/>
  </w:num>
  <w:num w:numId="7" w16cid:durableId="2042199893">
    <w:abstractNumId w:val="2"/>
  </w:num>
  <w:num w:numId="8" w16cid:durableId="1076629011">
    <w:abstractNumId w:val="1"/>
  </w:num>
  <w:num w:numId="9" w16cid:durableId="9648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FB1"/>
    <w:rsid w:val="000543C5"/>
    <w:rsid w:val="0006063C"/>
    <w:rsid w:val="0015074B"/>
    <w:rsid w:val="00165E73"/>
    <w:rsid w:val="00185F0F"/>
    <w:rsid w:val="00212883"/>
    <w:rsid w:val="00220FD4"/>
    <w:rsid w:val="00257721"/>
    <w:rsid w:val="00270649"/>
    <w:rsid w:val="0029639D"/>
    <w:rsid w:val="002A2012"/>
    <w:rsid w:val="00321788"/>
    <w:rsid w:val="00326F90"/>
    <w:rsid w:val="003C13F1"/>
    <w:rsid w:val="004160A7"/>
    <w:rsid w:val="0044429B"/>
    <w:rsid w:val="004A0F23"/>
    <w:rsid w:val="004E1BA8"/>
    <w:rsid w:val="00524BD3"/>
    <w:rsid w:val="00672671"/>
    <w:rsid w:val="00734049"/>
    <w:rsid w:val="007720DC"/>
    <w:rsid w:val="007754B8"/>
    <w:rsid w:val="00777AD1"/>
    <w:rsid w:val="008211E2"/>
    <w:rsid w:val="008659A6"/>
    <w:rsid w:val="008D2B24"/>
    <w:rsid w:val="009149F4"/>
    <w:rsid w:val="009715D7"/>
    <w:rsid w:val="00972827"/>
    <w:rsid w:val="00976055"/>
    <w:rsid w:val="00996A89"/>
    <w:rsid w:val="00A15008"/>
    <w:rsid w:val="00A3462D"/>
    <w:rsid w:val="00A61494"/>
    <w:rsid w:val="00A94678"/>
    <w:rsid w:val="00A95267"/>
    <w:rsid w:val="00AA1D8D"/>
    <w:rsid w:val="00AB2239"/>
    <w:rsid w:val="00B47730"/>
    <w:rsid w:val="00B7234B"/>
    <w:rsid w:val="00B90CBA"/>
    <w:rsid w:val="00BA1BB5"/>
    <w:rsid w:val="00BD2ED9"/>
    <w:rsid w:val="00C531BB"/>
    <w:rsid w:val="00C74EBC"/>
    <w:rsid w:val="00CB0664"/>
    <w:rsid w:val="00D0489A"/>
    <w:rsid w:val="00D07B65"/>
    <w:rsid w:val="00D2669D"/>
    <w:rsid w:val="00D53816"/>
    <w:rsid w:val="00E538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4AFCC5"/>
  <w14:defaultImageDpi w14:val="300"/>
  <w15:docId w15:val="{B5599809-47D8-4014-94CE-6CF3C9AB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0A7"/>
    <w:pPr>
      <w:spacing w:after="12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B7234B"/>
    <w:pPr>
      <w:keepNext/>
      <w:keepLines/>
      <w:spacing w:before="480"/>
      <w:outlineLvl w:val="0"/>
    </w:pPr>
    <w:rPr>
      <w:rFonts w:eastAsiaTheme="majorEastAsia"/>
      <w:b/>
      <w:color w:val="000000" w:themeColor="text1"/>
      <w:sz w:val="28"/>
      <w:szCs w:val="28"/>
    </w:rPr>
  </w:style>
  <w:style w:type="paragraph" w:styleId="Heading2">
    <w:name w:val="heading 2"/>
    <w:basedOn w:val="Normal"/>
    <w:next w:val="Normal"/>
    <w:link w:val="Heading2Char"/>
    <w:uiPriority w:val="9"/>
    <w:unhideWhenUsed/>
    <w:qFormat/>
    <w:rsid w:val="00B7234B"/>
    <w:pPr>
      <w:outlineLvl w:val="1"/>
    </w:pPr>
    <w:rPr>
      <w:b/>
      <w:bCs/>
      <w:color w:val="000000" w:themeColor="text1"/>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293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7234B"/>
    <w:rPr>
      <w:rFonts w:ascii="Times New Roman" w:eastAsiaTheme="majorEastAsia" w:hAnsi="Times New Roman" w:cs="Times New Roman"/>
      <w:b/>
      <w:color w:val="000000" w:themeColor="text1"/>
      <w:sz w:val="28"/>
      <w:szCs w:val="28"/>
    </w:rPr>
  </w:style>
  <w:style w:type="character" w:customStyle="1" w:styleId="Heading2Char">
    <w:name w:val="Heading 2 Char"/>
    <w:basedOn w:val="DefaultParagraphFont"/>
    <w:link w:val="Heading2"/>
    <w:uiPriority w:val="9"/>
    <w:rsid w:val="00B7234B"/>
    <w:rPr>
      <w:rFonts w:ascii="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6"/>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 Custom"/>
    <w:rPr>
      <w:rFonts w:ascii="Calibri" w:hAnsi="Calibri"/>
      <w:i/>
      <w:color w:val="6B7280"/>
      <w:sz w:val="18"/>
    </w:rPr>
  </w:style>
  <w:style w:type="character" w:styleId="Hyperlink">
    <w:name w:val="Hyperlink"/>
    <w:basedOn w:val="DefaultParagraphFont"/>
    <w:uiPriority w:val="99"/>
    <w:unhideWhenUsed/>
    <w:rsid w:val="008D2B24"/>
    <w:rPr>
      <w:color w:val="0000FF" w:themeColor="hyperlink"/>
      <w:u w:val="single"/>
    </w:rPr>
  </w:style>
  <w:style w:type="character" w:styleId="UnresolvedMention">
    <w:name w:val="Unresolved Mention"/>
    <w:basedOn w:val="DefaultParagraphFont"/>
    <w:uiPriority w:val="99"/>
    <w:semiHidden/>
    <w:unhideWhenUsed/>
    <w:rsid w:val="008D2B24"/>
    <w:rPr>
      <w:color w:val="605E5C"/>
      <w:shd w:val="clear" w:color="auto" w:fill="E1DFDD"/>
    </w:rPr>
  </w:style>
  <w:style w:type="paragraph" w:styleId="NormalWeb">
    <w:name w:val="Normal (Web)"/>
    <w:basedOn w:val="Normal"/>
    <w:uiPriority w:val="99"/>
    <w:semiHidden/>
    <w:unhideWhenUsed/>
    <w:rsid w:val="00C74EBC"/>
  </w:style>
  <w:style w:type="paragraph" w:styleId="TOC1">
    <w:name w:val="toc 1"/>
    <w:basedOn w:val="Normal"/>
    <w:next w:val="Normal"/>
    <w:autoRedefine/>
    <w:uiPriority w:val="39"/>
    <w:unhideWhenUsed/>
    <w:rsid w:val="004160A7"/>
    <w:pPr>
      <w:spacing w:before="120" w:after="0"/>
      <w:jc w:val="left"/>
    </w:pPr>
    <w:rPr>
      <w:rFonts w:asciiTheme="minorHAnsi" w:hAnsiTheme="minorHAnsi"/>
      <w:b/>
      <w:bCs/>
      <w:i/>
      <w:iCs/>
    </w:rPr>
  </w:style>
  <w:style w:type="paragraph" w:styleId="TOC2">
    <w:name w:val="toc 2"/>
    <w:basedOn w:val="Normal"/>
    <w:next w:val="Normal"/>
    <w:autoRedefine/>
    <w:uiPriority w:val="39"/>
    <w:unhideWhenUsed/>
    <w:rsid w:val="004160A7"/>
    <w:pPr>
      <w:spacing w:before="120" w:after="0"/>
      <w:ind w:left="240"/>
      <w:jc w:val="left"/>
    </w:pPr>
    <w:rPr>
      <w:rFonts w:asciiTheme="minorHAnsi" w:hAnsiTheme="minorHAnsi"/>
      <w:b/>
      <w:bCs/>
      <w:sz w:val="22"/>
      <w:szCs w:val="22"/>
    </w:rPr>
  </w:style>
  <w:style w:type="character" w:styleId="FollowedHyperlink">
    <w:name w:val="FollowedHyperlink"/>
    <w:basedOn w:val="DefaultParagraphFont"/>
    <w:uiPriority w:val="99"/>
    <w:semiHidden/>
    <w:unhideWhenUsed/>
    <w:rsid w:val="008659A6"/>
    <w:rPr>
      <w:color w:val="800080" w:themeColor="followedHyperlink"/>
      <w:u w:val="single"/>
    </w:rPr>
  </w:style>
  <w:style w:type="paragraph" w:styleId="TOC3">
    <w:name w:val="toc 3"/>
    <w:basedOn w:val="Normal"/>
    <w:next w:val="Normal"/>
    <w:autoRedefine/>
    <w:uiPriority w:val="39"/>
    <w:semiHidden/>
    <w:unhideWhenUsed/>
    <w:rsid w:val="008659A6"/>
    <w:pPr>
      <w:spacing w:after="0"/>
      <w:ind w:left="480"/>
      <w:jc w:val="left"/>
    </w:pPr>
    <w:rPr>
      <w:rFonts w:asciiTheme="minorHAnsi" w:hAnsiTheme="minorHAnsi"/>
      <w:sz w:val="20"/>
      <w:szCs w:val="20"/>
    </w:rPr>
  </w:style>
  <w:style w:type="paragraph" w:styleId="TOC4">
    <w:name w:val="toc 4"/>
    <w:basedOn w:val="Normal"/>
    <w:next w:val="Normal"/>
    <w:autoRedefine/>
    <w:uiPriority w:val="39"/>
    <w:semiHidden/>
    <w:unhideWhenUsed/>
    <w:rsid w:val="008659A6"/>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8659A6"/>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8659A6"/>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8659A6"/>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8659A6"/>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8659A6"/>
    <w:pPr>
      <w:spacing w:after="0"/>
      <w:ind w:left="1920"/>
      <w:jc w:val="left"/>
    </w:pPr>
    <w:rPr>
      <w:rFonts w:asciiTheme="minorHAnsi" w:hAnsiTheme="minorHAnsi"/>
      <w:sz w:val="20"/>
      <w:szCs w:val="20"/>
    </w:rPr>
  </w:style>
  <w:style w:type="paragraph" w:styleId="TableofFigures">
    <w:name w:val="table of figures"/>
    <w:basedOn w:val="Normal"/>
    <w:next w:val="Normal"/>
    <w:uiPriority w:val="99"/>
    <w:unhideWhenUsed/>
    <w:rsid w:val="008659A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cs.oracle.com/en/database/oracle/oracle-database/18/sqlrf/INSER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cs.oracle.com/en/database/oracle/oracle-database/19/sqlrf/Using-Subqueries.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ocs.oracle.com/en/database/oracle/oracle-database/23/sqlrf/sql-language-reference.pdf" TargetMode="External"/><Relationship Id="rId30" Type="http://schemas.openxmlformats.org/officeDocument/2006/relationships/hyperlink" Target="https://docs.oracle.com/en/database/oracle/oracle-database/18/sqlrf/Aggregate-Fun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60</cp:revision>
  <dcterms:created xsi:type="dcterms:W3CDTF">2013-12-23T23:15:00Z</dcterms:created>
  <dcterms:modified xsi:type="dcterms:W3CDTF">2026-04-08T16:49:00Z</dcterms:modified>
  <cp:category/>
</cp:coreProperties>
</file>